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keepNext/>
        <w:spacing w:after="60" w:before="280"/>
        <w:rPr>
          <w:rFonts w:ascii="맑은 고딕" w:eastAsia="맑은 고딕" w:hAnsi="맑은 고딕" w:cs="맑은 고딕" w:hint="default"/>
        </w:rPr>
      </w:pPr>
      <w:r>
        <w:rPr>
          <w:rFonts w:ascii="맑은 고딕" w:eastAsia="맑은 고딕" w:hAnsi="맑은 고딕" w:cs="맑은 고딕"/>
          <w:b/>
          <w:color w:val="2C3E4C"/>
          <w:sz w:val="30"/>
        </w:rPr>
        <w:t xml:space="preserve">1. </w:t>
      </w:r>
      <w:r>
        <w:rPr>
          <w:rFonts w:ascii="맑은 고딕" w:eastAsia="맑은 고딕" w:hAnsi="맑은 고딕" w:cs="맑은 고딕"/>
          <w:b/>
          <w:color w:val="2C3E4C"/>
          <w:sz w:val="30"/>
        </w:rPr>
        <w:t>투고 작품 기본 정보</w:t>
      </w:r>
      <w:r>
        <w:rPr>
          <w:lang w:eastAsia="ko-KR"/>
          <w:rFonts w:ascii="맑은 고딕" w:eastAsia="맑은 고딕" w:hAnsi="맑은 고딕" w:cs="맑은 고딕"/>
          <w:b/>
          <w:color w:val="2C3E4C"/>
          <w:sz w:val="30"/>
          <w:rtl w:val="off"/>
        </w:rPr>
        <w:t xml:space="preserve"> (필수)</w:t>
      </w:r>
    </w:p>
    <w:p>
      <w:pPr>
        <w:keepNext/>
        <w:spacing w:after="180"/>
        <w:rPr>
          <w:rFonts w:ascii="맑은 고딕" w:eastAsia="맑은 고딕" w:hAnsi="맑은 고딕" w:cs="맑은 고딕" w:hint="default"/>
        </w:rPr>
      </w:pPr>
      <w:r>
        <w:rPr>
          <w:rFonts w:ascii="맑은 고딕" w:eastAsia="맑은 고딕" w:hAnsi="맑은 고딕" w:cs="맑은 고딕"/>
          <w:b w:val="0"/>
          <w:color w:val="6F7A85"/>
          <w:sz w:val="18"/>
        </w:rPr>
        <w:t>아래 항목을  빠짐없이 기재해 주세요.</w:t>
      </w:r>
    </w:p>
    <w:tbl>
      <w:tblPr>
        <w:tblW w:w="0" w:type="auto"/>
        <w:tblLook w:val="04A0" w:firstRow="1" w:lastRow="0" w:firstColumn="1" w:lastColumn="0" w:noHBand="0" w:noVBand="1"/>
        <w:jc w:val="center"/>
        <w:tblLayout w:type="fixed"/>
      </w:tblPr>
      <w:tblGrid>
        <w:gridCol w:w="2232"/>
        <w:gridCol w:w="7488"/>
      </w:tblGrid>
      <w:tr>
        <w:trPr/>
        <w:tc>
          <w:tcPr>
            <w:tcW w:w="2232" w:type="dxa"/>
            <w:tcBorders>
              <w:top w:val="single" w:sz="5" w:space="0" w:color="D8E0E7"/>
              <w:left w:val="single" w:sz="5" w:space="0" w:color="D8E0E7"/>
              <w:bottom w:val="single" w:sz="5" w:space="0" w:color="D8E0E7"/>
              <w:right w:val="single" w:sz="5" w:space="0" w:color="D8E0E7"/>
            </w:tcBorders>
            <w:shd w:val="clear" w:color="auto" w:fill="EAF0F4"/>
            <w:tcMar>
              <w:top w:w="100" w:type="dxa"/>
              <w:bottom w:w="100" w:type="dxa"/>
            </w:tcMar>
            <w:vAlign w:val="center"/>
          </w:tcPr>
          <w:p>
            <w:pPr>
              <w:spacing w:after="0"/>
              <w:rPr>
                <w:rFonts w:ascii="맑은 고딕" w:eastAsia="맑은 고딕" w:hAnsi="맑은 고딕" w:cs="맑은 고딕" w:hint="default"/>
                <w:sz w:val="20"/>
                <w:szCs w:val="20"/>
              </w:rPr>
            </w:pPr>
            <w:r>
              <w:rPr>
                <w:rFonts w:ascii="맑은 고딕" w:eastAsia="맑은 고딕" w:hAnsi="맑은 고딕" w:cs="맑은 고딕"/>
                <w:b/>
                <w:color w:val="2C3E4C"/>
                <w:sz w:val="20"/>
                <w:szCs w:val="20"/>
              </w:rPr>
              <w:t>작품명</w:t>
            </w:r>
          </w:p>
        </w:tc>
        <w:tc>
          <w:tcPr>
            <w:tcW w:w="7488" w:type="dxa"/>
            <w:tcBorders>
              <w:top w:val="single" w:sz="5" w:space="0" w:color="D8E0E7"/>
              <w:left w:val="single" w:sz="5" w:space="0" w:color="D8E0E7"/>
              <w:bottom w:val="single" w:sz="5" w:space="0" w:color="D8E0E7"/>
              <w:right w:val="single" w:sz="5" w:space="0" w:color="D8E0E7"/>
            </w:tcBorders>
            <w:shd w:val="clear" w:color="auto" w:fill="FFFFFF"/>
            <w:tcMar>
              <w:top w:w="100" w:type="dxa"/>
              <w:bottom w:w="100" w:type="dxa"/>
            </w:tcMar>
            <w:vAlign w:val="center"/>
          </w:tcPr>
          <w:p>
            <w:pPr>
              <w:spacing w:after="0"/>
              <w:rPr>
                <w:rFonts w:ascii="맑은 고딕" w:eastAsia="맑은 고딕" w:hAnsi="맑은 고딕" w:cs="맑은 고딕" w:hint="default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cs="맑은 고딕"/>
                <w:b w:val="0"/>
                <w:color w:val="000000"/>
                <w:sz w:val="20"/>
                <w:szCs w:val="20"/>
              </w:rPr>
              <w:t xml:space="preserve">작품명을 </w:t>
            </w:r>
            <w:r>
              <w:rPr>
                <w:lang w:eastAsia="ko-KR"/>
                <w:rFonts w:ascii="맑은 고딕" w:eastAsia="맑은 고딕" w:hAnsi="맑은 고딕" w:cs="맑은 고딕"/>
                <w:b w:val="0"/>
                <w:color w:val="000000"/>
                <w:sz w:val="20"/>
                <w:szCs w:val="20"/>
                <w:rtl w:val="off"/>
              </w:rPr>
              <w:t xml:space="preserve">적어 </w:t>
            </w:r>
            <w:r>
              <w:rPr>
                <w:rFonts w:ascii="맑은 고딕" w:eastAsia="맑은 고딕" w:hAnsi="맑은 고딕" w:cs="맑은 고딕"/>
                <w:b w:val="0"/>
                <w:color w:val="000000"/>
                <w:sz w:val="20"/>
                <w:szCs w:val="20"/>
              </w:rPr>
              <w:t>주세요.</w:t>
            </w:r>
          </w:p>
        </w:tc>
      </w:tr>
      <w:tr>
        <w:trPr/>
        <w:tc>
          <w:tcPr>
            <w:tcW w:w="2232" w:type="dxa"/>
            <w:tcBorders>
              <w:top w:val="single" w:sz="5" w:space="0" w:color="D8E0E7"/>
              <w:left w:val="single" w:sz="5" w:space="0" w:color="D8E0E7"/>
              <w:bottom w:val="single" w:sz="5" w:space="0" w:color="D8E0E7"/>
              <w:right w:val="single" w:sz="5" w:space="0" w:color="D8E0E7"/>
            </w:tcBorders>
            <w:shd w:val="clear" w:color="auto" w:fill="EAF0F4"/>
            <w:tcMar>
              <w:top w:w="100" w:type="dxa"/>
              <w:bottom w:w="100" w:type="dxa"/>
            </w:tcMar>
            <w:vAlign w:val="center"/>
          </w:tcPr>
          <w:p>
            <w:pPr>
              <w:spacing w:after="0"/>
              <w:rPr>
                <w:rFonts w:ascii="맑은 고딕" w:eastAsia="맑은 고딕" w:hAnsi="맑은 고딕" w:cs="맑은 고딕" w:hint="default"/>
                <w:sz w:val="20"/>
                <w:szCs w:val="20"/>
              </w:rPr>
            </w:pPr>
            <w:r>
              <w:rPr>
                <w:rFonts w:ascii="맑은 고딕" w:eastAsia="맑은 고딕" w:hAnsi="맑은 고딕" w:cs="맑은 고딕"/>
                <w:b/>
                <w:color w:val="2C3E4C"/>
                <w:sz w:val="20"/>
                <w:szCs w:val="20"/>
              </w:rPr>
              <w:t>필명</w:t>
            </w:r>
          </w:p>
        </w:tc>
        <w:tc>
          <w:tcPr>
            <w:tcW w:w="7488" w:type="dxa"/>
            <w:tcBorders>
              <w:top w:val="single" w:sz="5" w:space="0" w:color="D8E0E7"/>
              <w:left w:val="single" w:sz="5" w:space="0" w:color="D8E0E7"/>
              <w:bottom w:val="single" w:sz="5" w:space="0" w:color="D8E0E7"/>
              <w:right w:val="single" w:sz="5" w:space="0" w:color="D8E0E7"/>
            </w:tcBorders>
            <w:shd w:val="clear" w:color="auto" w:fill="FFFFFF"/>
            <w:tcMar>
              <w:top w:w="100" w:type="dxa"/>
              <w:bottom w:w="100" w:type="dxa"/>
            </w:tcMar>
            <w:vAlign w:val="center"/>
          </w:tcPr>
          <w:p>
            <w:pPr>
              <w:spacing w:after="0"/>
              <w:rPr>
                <w:rFonts w:ascii="맑은 고딕" w:eastAsia="맑은 고딕" w:hAnsi="맑은 고딕" w:cs="맑은 고딕" w:hint="default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cs="맑은 고딕"/>
                <w:b w:val="0"/>
                <w:color w:val="000000"/>
                <w:sz w:val="20"/>
                <w:szCs w:val="20"/>
              </w:rPr>
              <w:t xml:space="preserve">필명을 </w:t>
            </w:r>
            <w:r>
              <w:rPr>
                <w:lang w:eastAsia="ko-KR"/>
                <w:rFonts w:ascii="맑은 고딕" w:eastAsia="맑은 고딕" w:hAnsi="맑은 고딕" w:cs="맑은 고딕"/>
                <w:b w:val="0"/>
                <w:color w:val="000000"/>
                <w:sz w:val="20"/>
                <w:szCs w:val="20"/>
                <w:rtl w:val="off"/>
              </w:rPr>
              <w:t>적어</w:t>
            </w:r>
            <w:r>
              <w:rPr>
                <w:rFonts w:ascii="맑은 고딕" w:eastAsia="맑은 고딕" w:hAnsi="맑은 고딕" w:cs="맑은 고딕"/>
                <w:b w:val="0"/>
                <w:color w:val="000000"/>
                <w:sz w:val="20"/>
                <w:szCs w:val="20"/>
              </w:rPr>
              <w:t xml:space="preserve"> 주세요.</w:t>
            </w:r>
          </w:p>
        </w:tc>
      </w:tr>
      <w:tr>
        <w:trPr/>
        <w:tc>
          <w:tcPr>
            <w:tcW w:w="2232" w:type="dxa"/>
            <w:tcBorders>
              <w:top w:val="single" w:sz="5" w:space="0" w:color="D8E0E7"/>
              <w:left w:val="single" w:sz="5" w:space="0" w:color="D8E0E7"/>
              <w:bottom w:val="single" w:sz="5" w:space="0" w:color="D8E0E7"/>
              <w:right w:val="single" w:sz="5" w:space="0" w:color="D8E0E7"/>
            </w:tcBorders>
            <w:shd w:val="clear" w:color="auto" w:fill="EAF0F4"/>
            <w:tcMar>
              <w:top w:w="100" w:type="dxa"/>
              <w:bottom w:w="100" w:type="dxa"/>
            </w:tcMar>
            <w:vAlign w:val="center"/>
          </w:tcPr>
          <w:p>
            <w:pPr>
              <w:spacing w:after="0"/>
              <w:rPr>
                <w:rFonts w:ascii="맑은 고딕" w:eastAsia="맑은 고딕" w:hAnsi="맑은 고딕" w:cs="맑은 고딕" w:hint="default"/>
                <w:sz w:val="20"/>
                <w:szCs w:val="20"/>
              </w:rPr>
            </w:pPr>
            <w:r>
              <w:rPr>
                <w:rFonts w:ascii="맑은 고딕" w:eastAsia="맑은 고딕" w:hAnsi="맑은 고딕" w:cs="맑은 고딕"/>
                <w:b/>
                <w:color w:val="2C3E4C"/>
                <w:sz w:val="20"/>
                <w:szCs w:val="20"/>
              </w:rPr>
              <w:t>장르</w:t>
            </w:r>
          </w:p>
        </w:tc>
        <w:tc>
          <w:tcPr>
            <w:tcW w:w="7488" w:type="dxa"/>
            <w:tcBorders>
              <w:top w:val="single" w:sz="5" w:space="0" w:color="D8E0E7"/>
              <w:left w:val="single" w:sz="5" w:space="0" w:color="D8E0E7"/>
              <w:bottom w:val="single" w:sz="5" w:space="0" w:color="D8E0E7"/>
              <w:right w:val="single" w:sz="5" w:space="0" w:color="D8E0E7"/>
            </w:tcBorders>
            <w:shd w:val="clear" w:color="auto" w:fill="FFFFFF"/>
            <w:tcMar>
              <w:top w:w="100" w:type="dxa"/>
              <w:bottom w:w="100" w:type="dxa"/>
            </w:tcMar>
            <w:vAlign w:val="center"/>
          </w:tcPr>
          <w:p>
            <w:pPr>
              <w:spacing w:after="0"/>
              <w:rPr>
                <w:rFonts w:ascii="맑은 고딕" w:eastAsia="맑은 고딕" w:hAnsi="맑은 고딕" w:cs="맑은 고딕" w:hint="default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cs="맑은 고딕"/>
                <w:b w:val="0"/>
                <w:color w:val="000000"/>
                <w:sz w:val="20"/>
                <w:szCs w:val="20"/>
              </w:rPr>
              <w:t>예) 로맨스 판타지 / 현대 로맨스 / BL / 판타지 / 현대 판타지 / 무협</w:t>
            </w:r>
          </w:p>
        </w:tc>
      </w:tr>
      <w:tr>
        <w:trPr/>
        <w:tc>
          <w:tcPr>
            <w:tcW w:w="2232" w:type="dxa"/>
            <w:tcBorders>
              <w:top w:val="single" w:sz="5" w:space="0" w:color="D8E0E7"/>
              <w:left w:val="single" w:sz="5" w:space="0" w:color="D8E0E7"/>
              <w:bottom w:val="single" w:sz="5" w:space="0" w:color="D8E0E7"/>
              <w:right w:val="single" w:sz="5" w:space="0" w:color="D8E0E7"/>
            </w:tcBorders>
            <w:shd w:val="clear" w:color="auto" w:fill="EAF0F4"/>
            <w:tcMar>
              <w:top w:w="100" w:type="dxa"/>
              <w:bottom w:w="100" w:type="dxa"/>
            </w:tcMar>
            <w:vAlign w:val="center"/>
          </w:tcPr>
          <w:p>
            <w:pPr>
              <w:spacing w:after="0"/>
              <w:rPr>
                <w:rFonts w:ascii="맑은 고딕" w:eastAsia="맑은 고딕" w:hAnsi="맑은 고딕" w:cs="맑은 고딕" w:hint="default"/>
                <w:sz w:val="20"/>
                <w:szCs w:val="20"/>
              </w:rPr>
            </w:pPr>
            <w:r>
              <w:rPr>
                <w:rFonts w:ascii="맑은 고딕" w:eastAsia="맑은 고딕" w:hAnsi="맑은 고딕" w:cs="맑은 고딕"/>
                <w:b/>
                <w:color w:val="2C3E4C"/>
                <w:sz w:val="20"/>
                <w:szCs w:val="20"/>
              </w:rPr>
              <w:t>주요 키워드</w:t>
            </w:r>
          </w:p>
        </w:tc>
        <w:tc>
          <w:tcPr>
            <w:tcW w:w="7488" w:type="dxa"/>
            <w:tcBorders>
              <w:top w:val="single" w:sz="5" w:space="0" w:color="D8E0E7"/>
              <w:left w:val="single" w:sz="5" w:space="0" w:color="D8E0E7"/>
              <w:bottom w:val="single" w:sz="5" w:space="0" w:color="D8E0E7"/>
              <w:right w:val="single" w:sz="5" w:space="0" w:color="D8E0E7"/>
            </w:tcBorders>
            <w:shd w:val="clear" w:color="auto" w:fill="FFFFFF"/>
            <w:tcMar>
              <w:top w:w="100" w:type="dxa"/>
              <w:bottom w:w="100" w:type="dxa"/>
            </w:tcMar>
            <w:vAlign w:val="center"/>
          </w:tcPr>
          <w:p>
            <w:pPr>
              <w:spacing w:after="0"/>
              <w:rPr>
                <w:rFonts w:ascii="맑은 고딕" w:eastAsia="맑은 고딕" w:hAnsi="맑은 고딕" w:cs="맑은 고딕" w:hint="default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cs="맑은 고딕"/>
                <w:b w:val="0"/>
                <w:color w:val="000000"/>
                <w:sz w:val="20"/>
                <w:szCs w:val="20"/>
              </w:rPr>
              <w:t>예) #회귀 #빙의 #계약결혼 #능력녀 #집착남 #성장물</w:t>
            </w:r>
          </w:p>
        </w:tc>
      </w:tr>
      <w:tr>
        <w:tc>
          <w:tcPr>
            <w:tcW w:w="2232" w:type="dxa"/>
            <w:tcBorders>
              <w:top w:val="single" w:sz="5" w:space="0" w:color="D8E0E7"/>
              <w:left w:val="single" w:sz="5" w:space="0" w:color="D8E0E7"/>
              <w:bottom w:val="single" w:sz="5" w:space="0" w:color="D8E0E7"/>
              <w:right w:val="single" w:sz="5" w:space="0" w:color="D8E0E7"/>
            </w:tcBorders>
            <w:shd w:val="clear" w:color="auto" w:fill="EAF0F4"/>
          </w:tcPr>
          <w:p>
            <w:pPr>
              <w:spacing w:after="0"/>
              <w:rPr>
                <w:rFonts w:ascii="맑은 고딕" w:eastAsia="맑은 고딕" w:hAnsi="맑은 고딕" w:cs="맑은 고딕" w:hint="default"/>
                <w:sz w:val="20"/>
                <w:szCs w:val="20"/>
              </w:rPr>
            </w:pPr>
            <w:r>
              <w:rPr>
                <w:lang w:eastAsia="ko-KR"/>
                <w:rFonts w:ascii="맑은 고딕" w:eastAsia="맑은 고딕" w:hAnsi="맑은 고딕" w:cs="맑은 고딕"/>
                <w:b/>
                <w:color w:val="2C3E4C"/>
                <w:sz w:val="20"/>
                <w:szCs w:val="20"/>
                <w:rtl w:val="off"/>
              </w:rPr>
              <w:t>무료 연재 진행 여부</w:t>
            </w:r>
          </w:p>
        </w:tc>
        <w:tc>
          <w:tcPr>
            <w:tcW w:w="7488" w:type="dxa"/>
            <w:tcBorders>
              <w:top w:val="single" w:sz="5" w:space="0" w:color="D8E0E7"/>
              <w:left w:val="single" w:sz="5" w:space="0" w:color="D8E0E7"/>
              <w:bottom w:val="single" w:sz="5" w:space="0" w:color="D8E0E7"/>
              <w:right w:val="single" w:sz="5" w:space="0" w:color="D8E0E7"/>
            </w:tcBorders>
            <w:shd w:val="clear" w:color="auto" w:fill="FFFFFF"/>
          </w:tcPr>
          <w:p>
            <w:pPr>
              <w:spacing w:after="0"/>
              <w:rPr>
                <w:rFonts w:ascii="맑은 고딕" w:eastAsia="맑은 고딕" w:hAnsi="맑은 고딕" w:cs="맑은 고딕" w:hint="default"/>
                <w:color w:val="000000"/>
                <w:sz w:val="20"/>
                <w:szCs w:val="20"/>
              </w:rPr>
            </w:pPr>
            <w:r>
              <w:rPr>
                <w:lang w:eastAsia="ko-KR"/>
                <w:rFonts w:ascii="맑은 고딕" w:eastAsia="맑은 고딕" w:hAnsi="맑은 고딕" w:cs="맑은 고딕" w:hint="default"/>
                <w:color w:val="000000"/>
                <w:sz w:val="20"/>
                <w:szCs w:val="20"/>
                <w:rtl w:val="off"/>
              </w:rPr>
              <w:t>O (문피아, 조아라, 디리토) / X</w:t>
            </w:r>
          </w:p>
        </w:tc>
      </w:tr>
      <w:tr>
        <w:trPr/>
        <w:tc>
          <w:tcPr>
            <w:tcW w:w="2232" w:type="dxa"/>
            <w:tcBorders>
              <w:top w:val="single" w:sz="5" w:space="0" w:color="D8E0E7"/>
              <w:left w:val="single" w:sz="5" w:space="0" w:color="D8E0E7"/>
              <w:bottom w:val="single" w:sz="5" w:space="0" w:color="D8E0E7"/>
              <w:right w:val="single" w:sz="5" w:space="0" w:color="D8E0E7"/>
            </w:tcBorders>
            <w:shd w:val="clear" w:color="auto" w:fill="EAF0F4"/>
            <w:tcMar>
              <w:top w:w="100" w:type="dxa"/>
              <w:bottom w:w="100" w:type="dxa"/>
            </w:tcMar>
            <w:vAlign w:val="center"/>
          </w:tcPr>
          <w:p>
            <w:pPr>
              <w:spacing w:after="0"/>
              <w:rPr>
                <w:rFonts w:ascii="맑은 고딕" w:eastAsia="맑은 고딕" w:hAnsi="맑은 고딕" w:cs="맑은 고딕" w:hint="default"/>
                <w:sz w:val="20"/>
                <w:szCs w:val="20"/>
              </w:rPr>
            </w:pPr>
            <w:r>
              <w:rPr>
                <w:lang w:eastAsia="ko-KR"/>
                <w:rFonts w:ascii="맑은 고딕" w:eastAsia="맑은 고딕" w:hAnsi="맑은 고딕" w:cs="맑은 고딕"/>
                <w:b/>
                <w:color w:val="2C3E4C"/>
                <w:sz w:val="20"/>
                <w:szCs w:val="20"/>
                <w:rtl w:val="off"/>
              </w:rPr>
              <w:t xml:space="preserve">신인 / </w:t>
            </w:r>
            <w:r>
              <w:rPr>
                <w:rFonts w:ascii="맑은 고딕" w:eastAsia="맑은 고딕" w:hAnsi="맑은 고딕" w:cs="맑은 고딕"/>
                <w:b/>
                <w:color w:val="2C3E4C"/>
                <w:sz w:val="20"/>
                <w:szCs w:val="20"/>
              </w:rPr>
              <w:t>기성 여부</w:t>
            </w:r>
          </w:p>
        </w:tc>
        <w:tc>
          <w:tcPr>
            <w:tcW w:w="7488" w:type="dxa"/>
            <w:tcBorders>
              <w:top w:val="single" w:sz="5" w:space="0" w:color="D8E0E7"/>
              <w:left w:val="single" w:sz="5" w:space="0" w:color="D8E0E7"/>
              <w:bottom w:val="single" w:sz="5" w:space="0" w:color="D8E0E7"/>
              <w:right w:val="single" w:sz="5" w:space="0" w:color="D8E0E7"/>
            </w:tcBorders>
            <w:shd w:val="clear" w:color="auto" w:fill="FFFFFF"/>
            <w:tcMar>
              <w:top w:w="100" w:type="dxa"/>
              <w:bottom w:w="100" w:type="dxa"/>
            </w:tcMar>
            <w:vAlign w:val="center"/>
          </w:tcPr>
          <w:p>
            <w:pPr>
              <w:spacing w:after="0"/>
              <w:rPr>
                <w:rFonts w:ascii="맑은 고딕" w:eastAsia="맑은 고딕" w:hAnsi="맑은 고딕" w:cs="맑은 고딕" w:hint="default"/>
                <w:color w:val="000000"/>
                <w:sz w:val="20"/>
                <w:szCs w:val="20"/>
              </w:rPr>
            </w:pPr>
            <w:r>
              <w:rPr>
                <w:lang w:eastAsia="ko-KR"/>
                <w:rFonts w:ascii="맑은 고딕" w:eastAsia="맑은 고딕" w:hAnsi="맑은 고딕" w:cs="맑은 고딕" w:hint="default"/>
                <w:color w:val="000000"/>
                <w:sz w:val="20"/>
                <w:szCs w:val="20"/>
                <w:rtl w:val="off"/>
              </w:rPr>
              <w:t>신인 / 기성</w:t>
            </w:r>
          </w:p>
        </w:tc>
      </w:tr>
      <w:tr>
        <w:trPr/>
        <w:tc>
          <w:tcPr>
            <w:tcW w:w="2232" w:type="dxa"/>
            <w:tcBorders>
              <w:top w:val="single" w:sz="5" w:space="0" w:color="D8E0E7"/>
              <w:left w:val="single" w:sz="5" w:space="0" w:color="D8E0E7"/>
              <w:bottom w:val="single" w:sz="5" w:space="0" w:color="D8E0E7"/>
              <w:right w:val="single" w:sz="5" w:space="0" w:color="D8E0E7"/>
            </w:tcBorders>
            <w:shd w:val="clear" w:color="auto" w:fill="EAF0F4"/>
            <w:tcMar>
              <w:top w:w="100" w:type="dxa"/>
              <w:bottom w:w="100" w:type="dxa"/>
            </w:tcMar>
            <w:vAlign w:val="center"/>
          </w:tcPr>
          <w:p>
            <w:pPr>
              <w:spacing w:after="0"/>
              <w:rPr>
                <w:rFonts w:ascii="맑은 고딕" w:eastAsia="맑은 고딕" w:hAnsi="맑은 고딕" w:cs="맑은 고딕" w:hint="default"/>
                <w:sz w:val="20"/>
                <w:szCs w:val="20"/>
              </w:rPr>
            </w:pPr>
            <w:r>
              <w:rPr>
                <w:rFonts w:ascii="맑은 고딕" w:eastAsia="맑은 고딕" w:hAnsi="맑은 고딕" w:cs="맑은 고딕"/>
                <w:b/>
                <w:color w:val="2C3E4C"/>
                <w:sz w:val="20"/>
                <w:szCs w:val="20"/>
              </w:rPr>
              <w:t>대표작 및 이력</w:t>
            </w:r>
          </w:p>
        </w:tc>
        <w:tc>
          <w:tcPr>
            <w:tcW w:w="7488" w:type="dxa"/>
            <w:tcBorders>
              <w:top w:val="single" w:sz="5" w:space="0" w:color="D8E0E7"/>
              <w:left w:val="single" w:sz="5" w:space="0" w:color="D8E0E7"/>
              <w:bottom w:val="single" w:sz="5" w:space="0" w:color="D8E0E7"/>
              <w:right w:val="single" w:sz="5" w:space="0" w:color="D8E0E7"/>
            </w:tcBorders>
            <w:shd w:val="clear" w:color="auto" w:fill="FFFFFF"/>
            <w:tcMar>
              <w:top w:w="100" w:type="dxa"/>
              <w:bottom w:w="100" w:type="dxa"/>
            </w:tcMar>
            <w:vAlign w:val="center"/>
          </w:tcPr>
          <w:p>
            <w:pPr>
              <w:spacing w:after="0"/>
              <w:rPr>
                <w:rFonts w:ascii="맑은 고딕" w:eastAsia="맑은 고딕" w:hAnsi="맑은 고딕" w:cs="맑은 고딕" w:hint="default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cs="맑은 고딕"/>
                <w:b w:val="0"/>
                <w:color w:val="000000"/>
                <w:sz w:val="20"/>
                <w:szCs w:val="20"/>
              </w:rPr>
              <w:t xml:space="preserve">기성 작가의 경우 대표작 및 연재·출간 플랫폼 / 이력이 없으면 </w:t>
            </w:r>
            <w:r>
              <w:rPr>
                <w:lang w:eastAsia="ko-KR"/>
                <w:rFonts w:ascii="맑은 고딕" w:eastAsia="맑은 고딕" w:hAnsi="맑은 고딕" w:cs="맑은 고딕"/>
                <w:b w:val="0"/>
                <w:color w:val="000000"/>
                <w:sz w:val="20"/>
                <w:szCs w:val="20"/>
                <w:rtl w:val="off"/>
              </w:rPr>
              <w:t>'</w:t>
            </w:r>
            <w:r>
              <w:rPr>
                <w:rFonts w:ascii="맑은 고딕" w:eastAsia="맑은 고딕" w:hAnsi="맑은 고딕" w:cs="맑은 고딕"/>
                <w:b w:val="0"/>
                <w:color w:val="000000"/>
                <w:sz w:val="20"/>
                <w:szCs w:val="20"/>
              </w:rPr>
              <w:t>없음</w:t>
            </w:r>
            <w:r>
              <w:rPr>
                <w:lang w:eastAsia="ko-KR"/>
                <w:rFonts w:ascii="맑은 고딕" w:eastAsia="맑은 고딕" w:hAnsi="맑은 고딕" w:cs="맑은 고딕"/>
                <w:b w:val="0"/>
                <w:color w:val="000000"/>
                <w:sz w:val="20"/>
                <w:szCs w:val="20"/>
                <w:rtl w:val="off"/>
              </w:rPr>
              <w:t>'</w:t>
            </w:r>
          </w:p>
        </w:tc>
      </w:tr>
      <w:tr>
        <w:trPr/>
        <w:tc>
          <w:tcPr>
            <w:tcW w:w="2232" w:type="dxa"/>
            <w:tcBorders>
              <w:top w:val="single" w:sz="5" w:space="0" w:color="D8E0E7"/>
              <w:left w:val="single" w:sz="5" w:space="0" w:color="D8E0E7"/>
              <w:bottom w:val="single" w:sz="5" w:space="0" w:color="D8E0E7"/>
              <w:right w:val="single" w:sz="5" w:space="0" w:color="D8E0E7"/>
            </w:tcBorders>
            <w:shd w:val="clear" w:color="auto" w:fill="EAF0F4"/>
            <w:tcMar>
              <w:top w:w="100" w:type="dxa"/>
              <w:bottom w:w="100" w:type="dxa"/>
            </w:tcMar>
            <w:vAlign w:val="center"/>
          </w:tcPr>
          <w:p>
            <w:pPr>
              <w:spacing w:after="0"/>
              <w:rPr>
                <w:rFonts w:ascii="맑은 고딕" w:eastAsia="맑은 고딕" w:hAnsi="맑은 고딕" w:cs="맑은 고딕" w:hint="default"/>
                <w:sz w:val="20"/>
                <w:szCs w:val="20"/>
              </w:rPr>
            </w:pPr>
            <w:r>
              <w:rPr>
                <w:rFonts w:ascii="맑은 고딕" w:eastAsia="맑은 고딕" w:hAnsi="맑은 고딕" w:cs="맑은 고딕"/>
                <w:b/>
                <w:color w:val="2C3E4C"/>
                <w:sz w:val="20"/>
                <w:szCs w:val="20"/>
              </w:rPr>
              <w:t>완결 예상 화 수</w:t>
            </w:r>
          </w:p>
        </w:tc>
        <w:tc>
          <w:tcPr>
            <w:tcW w:w="7488" w:type="dxa"/>
            <w:tcBorders>
              <w:top w:val="single" w:sz="5" w:space="0" w:color="D8E0E7"/>
              <w:left w:val="single" w:sz="5" w:space="0" w:color="D8E0E7"/>
              <w:bottom w:val="single" w:sz="5" w:space="0" w:color="D8E0E7"/>
              <w:right w:val="single" w:sz="5" w:space="0" w:color="D8E0E7"/>
            </w:tcBorders>
            <w:shd w:val="clear" w:color="auto" w:fill="FFFFFF"/>
            <w:tcMar>
              <w:top w:w="100" w:type="dxa"/>
              <w:bottom w:w="100" w:type="dxa"/>
            </w:tcMar>
            <w:vAlign w:val="center"/>
          </w:tcPr>
          <w:p>
            <w:pPr>
              <w:spacing w:after="0"/>
              <w:rPr>
                <w:lang w:eastAsia="ko-KR"/>
                <w:rFonts w:ascii="맑은 고딕" w:eastAsia="맑은 고딕" w:hAnsi="맑은 고딕" w:cs="맑은 고딕" w:hint="eastAsia"/>
                <w:color w:val="000000"/>
                <w:sz w:val="20"/>
                <w:szCs w:val="20"/>
                <w:rtl w:val="off"/>
              </w:rPr>
            </w:pPr>
            <w:r>
              <w:rPr>
                <w:lang w:eastAsia="ko-KR"/>
                <w:rFonts w:ascii="맑은 고딕" w:eastAsia="맑은 고딕" w:hAnsi="맑은 고딕" w:cs="맑은 고딕" w:hint="default"/>
                <w:color w:val="000000"/>
                <w:sz w:val="20"/>
                <w:szCs w:val="20"/>
                <w:rtl w:val="off"/>
              </w:rPr>
              <w:t>판타지&amp;무협: 최소 200화(문피아 최소 150화 이상)</w:t>
            </w:r>
          </w:p>
          <w:p>
            <w:pPr>
              <w:spacing w:after="0"/>
              <w:rPr>
                <w:lang w:eastAsia="ko-KR"/>
                <w:rFonts w:ascii="맑은 고딕" w:eastAsia="맑은 고딕" w:hAnsi="맑은 고딕" w:cs="맑은 고딕" w:hint="eastAsia"/>
                <w:color w:val="000000"/>
                <w:sz w:val="20"/>
                <w:szCs w:val="20"/>
                <w:rtl w:val="off"/>
              </w:rPr>
            </w:pPr>
            <w:r>
              <w:rPr>
                <w:lang w:eastAsia="ko-KR"/>
                <w:rFonts w:ascii="맑은 고딕" w:eastAsia="맑은 고딕" w:hAnsi="맑은 고딕" w:cs="맑은 고딕" w:hint="default"/>
                <w:color w:val="000000"/>
                <w:sz w:val="20"/>
                <w:szCs w:val="20"/>
                <w:rtl w:val="off"/>
              </w:rPr>
              <w:t>로맨스&amp;BL: 최소 80화 / 단행본: 최소 2권</w:t>
            </w:r>
          </w:p>
          <w:p>
            <w:pPr>
              <w:spacing w:after="0"/>
              <w:rPr>
                <w:rFonts w:ascii="맑은 고딕" w:eastAsia="맑은 고딕" w:hAnsi="맑은 고딕" w:cs="맑은 고딕" w:hint="default"/>
                <w:color w:val="000000"/>
                <w:sz w:val="20"/>
                <w:szCs w:val="20"/>
              </w:rPr>
            </w:pPr>
            <w:r>
              <w:rPr>
                <w:lang w:eastAsia="ko-KR"/>
                <w:rFonts w:ascii="맑은 고딕" w:eastAsia="맑은 고딕" w:hAnsi="맑은 고딕" w:cs="맑은 고딕" w:hint="default"/>
                <w:color w:val="000000"/>
                <w:sz w:val="20"/>
                <w:szCs w:val="20"/>
                <w:rtl w:val="off"/>
              </w:rPr>
              <w:t>로판: 최소 120화</w:t>
            </w:r>
          </w:p>
        </w:tc>
      </w:tr>
      <w:tr>
        <w:trPr/>
        <w:tc>
          <w:tcPr>
            <w:tcW w:w="2232" w:type="dxa"/>
            <w:tcBorders>
              <w:top w:val="single" w:sz="5" w:space="0" w:color="D8E0E7"/>
              <w:left w:val="single" w:sz="5" w:space="0" w:color="D8E0E7"/>
              <w:bottom w:val="single" w:sz="5" w:space="0" w:color="D8E0E7"/>
              <w:right w:val="single" w:sz="5" w:space="0" w:color="D8E0E7"/>
            </w:tcBorders>
            <w:shd w:val="clear" w:color="auto" w:fill="EAF0F4"/>
            <w:tcMar>
              <w:top w:w="100" w:type="dxa"/>
              <w:bottom w:w="100" w:type="dxa"/>
            </w:tcMar>
            <w:vAlign w:val="center"/>
          </w:tcPr>
          <w:p>
            <w:pPr>
              <w:spacing w:after="0"/>
              <w:rPr>
                <w:rFonts w:ascii="맑은 고딕" w:eastAsia="맑은 고딕" w:hAnsi="맑은 고딕" w:cs="맑은 고딕" w:hint="default"/>
                <w:sz w:val="20"/>
                <w:szCs w:val="20"/>
              </w:rPr>
            </w:pPr>
            <w:r>
              <w:rPr>
                <w:lang w:eastAsia="ko-KR"/>
                <w:rFonts w:ascii="맑은 고딕" w:eastAsia="맑은 고딕" w:hAnsi="맑은 고딕" w:cs="맑은 고딕"/>
                <w:b/>
                <w:color w:val="2C3E4C"/>
                <w:sz w:val="20"/>
                <w:szCs w:val="20"/>
                <w:rtl w:val="off"/>
              </w:rPr>
              <w:t>연락처</w:t>
            </w:r>
          </w:p>
        </w:tc>
        <w:tc>
          <w:tcPr>
            <w:tcW w:w="7488" w:type="dxa"/>
            <w:tcBorders>
              <w:top w:val="single" w:sz="5" w:space="0" w:color="D8E0E7"/>
              <w:left w:val="single" w:sz="5" w:space="0" w:color="D8E0E7"/>
              <w:bottom w:val="single" w:sz="5" w:space="0" w:color="D8E0E7"/>
              <w:right w:val="single" w:sz="5" w:space="0" w:color="D8E0E7"/>
            </w:tcBorders>
            <w:shd w:val="clear" w:color="auto" w:fill="FFFFFF"/>
            <w:tcMar>
              <w:top w:w="100" w:type="dxa"/>
              <w:bottom w:w="100" w:type="dxa"/>
            </w:tcMar>
            <w:vAlign w:val="center"/>
          </w:tcPr>
          <w:p>
            <w:pPr>
              <w:spacing w:after="0"/>
              <w:rPr>
                <w:rFonts w:ascii="맑은 고딕" w:eastAsia="맑은 고딕" w:hAnsi="맑은 고딕" w:cs="맑은 고딕" w:hint="default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cs="맑은 고딕"/>
                <w:b w:val="0"/>
                <w:color w:val="000000"/>
                <w:sz w:val="20"/>
                <w:szCs w:val="20"/>
              </w:rPr>
              <w:t xml:space="preserve">연락 가능한 </w:t>
            </w:r>
            <w:r>
              <w:rPr>
                <w:lang w:eastAsia="ko-KR"/>
                <w:rFonts w:ascii="맑은 고딕" w:eastAsia="맑은 고딕" w:hAnsi="맑은 고딕" w:cs="맑은 고딕"/>
                <w:b w:val="0"/>
                <w:color w:val="000000"/>
                <w:sz w:val="20"/>
                <w:szCs w:val="20"/>
                <w:rtl w:val="off"/>
              </w:rPr>
              <w:t xml:space="preserve">휴대폰 번호나 </w:t>
            </w:r>
            <w:r>
              <w:rPr>
                <w:rFonts w:ascii="맑은 고딕" w:eastAsia="맑은 고딕" w:hAnsi="맑은 고딕" w:cs="맑은 고딕"/>
                <w:b w:val="0"/>
                <w:color w:val="000000"/>
                <w:sz w:val="20"/>
                <w:szCs w:val="20"/>
              </w:rPr>
              <w:t xml:space="preserve">이메일 주소를 </w:t>
            </w:r>
            <w:r>
              <w:rPr>
                <w:lang w:eastAsia="ko-KR"/>
                <w:rFonts w:ascii="맑은 고딕" w:eastAsia="맑은 고딕" w:hAnsi="맑은 고딕" w:cs="맑은 고딕"/>
                <w:b w:val="0"/>
                <w:color w:val="000000"/>
                <w:sz w:val="20"/>
                <w:szCs w:val="20"/>
                <w:rtl w:val="off"/>
              </w:rPr>
              <w:t xml:space="preserve">적어 </w:t>
            </w:r>
            <w:r>
              <w:rPr>
                <w:rFonts w:ascii="맑은 고딕" w:eastAsia="맑은 고딕" w:hAnsi="맑은 고딕" w:cs="맑은 고딕"/>
                <w:b w:val="0"/>
                <w:color w:val="000000"/>
                <w:sz w:val="20"/>
                <w:szCs w:val="20"/>
              </w:rPr>
              <w:t>주세요.</w:t>
            </w:r>
          </w:p>
        </w:tc>
      </w:tr>
    </w:tbl>
    <w:p>
      <w:pPr>
        <w:keepNext/>
        <w:spacing w:after="60" w:before="280"/>
        <w:rPr>
          <w:rFonts w:ascii="맑은 고딕" w:eastAsia="맑은 고딕" w:hAnsi="맑은 고딕" w:cs="맑은 고딕" w:hint="default"/>
        </w:rPr>
      </w:pPr>
      <w:r>
        <w:rPr>
          <w:lang w:eastAsia="ko-KR"/>
          <w:rFonts w:ascii="맑은 고딕" w:eastAsia="맑은 고딕" w:hAnsi="맑은 고딕" w:cs="맑은 고딕"/>
          <w:b/>
          <w:color w:val="1F4E79"/>
          <w:sz w:val="30"/>
          <w:rtl w:val="off"/>
        </w:rPr>
        <w:t>2</w:t>
      </w:r>
      <w:r>
        <w:rPr>
          <w:rFonts w:ascii="맑은 고딕" w:eastAsia="맑은 고딕" w:hAnsi="맑은 고딕" w:cs="맑은 고딕"/>
          <w:b/>
          <w:color w:val="1F4E79"/>
          <w:sz w:val="30"/>
        </w:rPr>
        <w:t xml:space="preserve">. </w:t>
      </w:r>
      <w:r>
        <w:rPr>
          <w:rFonts w:ascii="맑은 고딕" w:eastAsia="맑은 고딕" w:hAnsi="맑은 고딕" w:cs="맑은 고딕"/>
          <w:b/>
          <w:color w:val="1E2832"/>
          <w:sz w:val="30"/>
        </w:rPr>
        <w:t>전체 시놉시스</w:t>
      </w:r>
      <w:r>
        <w:rPr>
          <w:lang w:eastAsia="ko-KR"/>
          <w:rFonts w:ascii="맑은 고딕" w:eastAsia="맑은 고딕" w:hAnsi="맑은 고딕" w:cs="맑은 고딕"/>
          <w:b/>
          <w:color w:val="1E2832"/>
          <w:sz w:val="30"/>
          <w:rtl w:val="off"/>
        </w:rPr>
        <w:t xml:space="preserve"> (선택)</w:t>
      </w:r>
    </w:p>
    <w:p>
      <w:pPr>
        <w:keepNext/>
        <w:spacing w:after="180"/>
        <w:rPr>
          <w:rFonts w:ascii="맑은 고딕" w:eastAsia="맑은 고딕" w:hAnsi="맑은 고딕" w:cs="맑은 고딕" w:hint="default"/>
        </w:rPr>
      </w:pPr>
      <w:r>
        <w:rPr>
          <w:rFonts w:ascii="맑은 고딕" w:eastAsia="맑은 고딕" w:hAnsi="맑은 고딕" w:cs="맑은 고딕"/>
          <w:b w:val="0"/>
          <w:color w:val="6F7A85"/>
          <w:sz w:val="18"/>
        </w:rPr>
        <w:t xml:space="preserve">작품의 도입부터 최종 결말까지 전체 이야기를 확인할 수 있도록 작성해 주세요. </w:t>
      </w:r>
    </w:p>
    <w:tbl>
      <w:tblPr>
        <w:tblW w:w="0" w:type="auto"/>
        <w:tblLook w:val="04A0" w:firstRow="1" w:lastRow="0" w:firstColumn="1" w:lastColumn="0" w:noHBand="0" w:noVBand="1"/>
        <w:jc w:val="center"/>
        <w:tblLayout w:type="fixed"/>
      </w:tblPr>
      <w:tblGrid>
        <w:gridCol w:w="9720"/>
      </w:tblGrid>
      <w:tr>
        <w:tc>
          <w:tcPr>
            <w:tcW w:w="9792" w:type="dxa"/>
            <w:tcBorders>
              <w:top w:val="single" w:sz="6" w:space="0" w:color="D4E1EA"/>
              <w:left w:val="single" w:sz="16" w:space="0" w:color="1F4E79"/>
              <w:bottom w:val="single" w:sz="6" w:space="0" w:color="D4E1EA"/>
              <w:right w:val="single" w:sz="6" w:space="0" w:color="D4E1EA"/>
            </w:tcBorders>
            <w:shd w:val="clear" w:color="auto" w:fill="EEF4F8"/>
            <w:tcMar>
              <w:top w:w="150" w:type="dxa"/>
              <w:bottom w:w="150" w:type="dxa"/>
            </w:tcMar>
          </w:tcPr>
          <w:p>
            <w:pPr>
              <w:spacing w:after="80"/>
              <w:rPr>
                <w:rFonts w:ascii="맑은 고딕" w:eastAsia="맑은 고딕" w:hAnsi="맑은 고딕" w:cs="맑은 고딕" w:hint="default"/>
              </w:rPr>
            </w:pPr>
            <w:r>
              <w:rPr>
                <w:rFonts w:ascii="맑은 고딕" w:eastAsia="맑은 고딕" w:hAnsi="맑은 고딕" w:cs="맑은 고딕"/>
                <w:b/>
                <w:color w:val="1F4E79"/>
                <w:sz w:val="20"/>
              </w:rPr>
              <w:t>반드시 포함해 주세요</w:t>
            </w:r>
          </w:p>
          <w:p>
            <w:pPr>
              <w:spacing w:after="0" w:line="324" w:lineRule="auto"/>
              <w:rPr>
                <w:rFonts w:ascii="맑은 고딕" w:eastAsia="맑은 고딕" w:hAnsi="맑은 고딕" w:cs="맑은 고딕" w:hint="default"/>
              </w:rPr>
            </w:pPr>
            <w:r>
              <w:rPr>
                <w:rFonts w:ascii="맑은 고딕" w:eastAsia="맑은 고딕" w:hAnsi="맑은 고딕" w:cs="맑은 고딕"/>
                <w:b w:val="0"/>
                <w:color w:val="33414D"/>
                <w:sz w:val="19"/>
              </w:rPr>
              <w:t>주인공의 초기 상황과 목표 · 주요 사건 및 갈등 · 인물 관계 변화 · 핵심 반전 · 최종 결말 · 로맨스 작품의 경우 최종 관계 및 커플 성사 여부</w:t>
            </w:r>
          </w:p>
        </w:tc>
      </w:tr>
    </w:tbl>
    <w:p>
      <w:pPr>
        <w:spacing w:after="20"/>
        <w:rPr>
          <w:rFonts w:ascii="맑은 고딕" w:eastAsia="맑은 고딕" w:hAnsi="맑은 고딕" w:cs="맑은 고딕" w:hint="default"/>
          <w:sz w:val="10"/>
          <w:szCs w:val="10"/>
        </w:rPr>
      </w:pPr>
    </w:p>
    <w:p>
      <w:pPr>
        <w:keepNext/>
        <w:spacing w:after="100" w:before="160"/>
        <w:rPr>
          <w:rFonts w:ascii="맑은 고딕" w:eastAsia="맑은 고딕" w:hAnsi="맑은 고딕" w:cs="맑은 고딕" w:hint="default"/>
        </w:rPr>
      </w:pPr>
      <w:r>
        <w:rPr>
          <w:lang w:eastAsia="ko-KR"/>
          <w:rFonts w:ascii="맑은 고딕" w:eastAsia="맑은 고딕" w:hAnsi="맑은 고딕" w:cs="맑은 고딕"/>
          <w:b/>
          <w:color w:val="1F4E79"/>
          <w:sz w:val="28"/>
          <w:szCs w:val="28"/>
          <w:rtl w:val="off"/>
        </w:rPr>
        <w:t>기</w:t>
      </w:r>
    </w:p>
    <w:tbl>
      <w:tblPr>
        <w:tblW w:w="0" w:type="auto"/>
        <w:tblLook w:val="04A0" w:firstRow="1" w:lastRow="0" w:firstColumn="1" w:lastColumn="0" w:noHBand="0" w:noVBand="1"/>
        <w:jc w:val="center"/>
        <w:tblLayout w:type="fixed"/>
      </w:tblPr>
      <w:tblGrid>
        <w:gridCol w:w="9720"/>
      </w:tblGrid>
      <w:tr>
        <w:trPr/>
        <w:tc>
          <w:tcPr>
            <w:tcW w:w="9792" w:type="dxa"/>
            <w:tcBorders>
              <w:top w:val="single" w:sz="5" w:space="0" w:color="D8E0E7"/>
              <w:left w:val="single" w:sz="5" w:space="0" w:color="D8E0E7"/>
              <w:bottom w:val="single" w:sz="5" w:space="0" w:color="D8E0E7"/>
              <w:right w:val="single" w:sz="5" w:space="0" w:color="D8E0E7"/>
            </w:tcBorders>
            <w:shd w:val="clear" w:color="auto" w:fill="FFFFFF"/>
            <w:tcMar>
              <w:top w:w="145" w:type="dxa"/>
              <w:bottom w:w="145" w:type="dxa"/>
            </w:tcMar>
          </w:tcPr>
          <w:p>
            <w:pPr>
              <w:spacing w:after="0"/>
              <w:rPr>
                <w:rFonts w:ascii="맑은 고딕" w:eastAsia="맑은 고딕" w:hAnsi="맑은 고딕" w:cs="맑은 고딕" w:hint="default"/>
              </w:rPr>
            </w:pPr>
            <w:r>
              <w:rPr>
                <w:rFonts w:ascii="맑은 고딕" w:eastAsia="맑은 고딕" w:hAnsi="맑은 고딕" w:cs="맑은 고딕"/>
                <w:b w:val="0"/>
                <w:color w:val="9AA3AA"/>
                <w:sz w:val="20"/>
                <w:szCs w:val="20"/>
              </w:rPr>
              <w:t>주인공의</w:t>
            </w:r>
            <w:r>
              <w:rPr>
                <w:rFonts w:ascii="맑은 고딕" w:eastAsia="맑은 고딕" w:hAnsi="맑은 고딕" w:cs="맑은 고딕"/>
                <w:b w:val="0"/>
                <w:color w:val="9AA3AA"/>
                <w:sz w:val="20"/>
                <w:szCs w:val="20"/>
              </w:rPr>
              <w:t xml:space="preserve"> 초기 상황, 목표, 핵심 사건의 시작을 작성해 주세요.</w:t>
            </w:r>
          </w:p>
          <w:p>
            <w:pPr>
              <w:spacing w:after="40"/>
              <w:rPr>
                <w:rFonts w:ascii="맑은 고딕" w:eastAsia="맑은 고딕" w:hAnsi="맑은 고딕" w:cs="맑은 고딕" w:hint="default"/>
              </w:rPr>
            </w:pPr>
            <w:r>
              <w:rPr>
                <w:rFonts w:ascii="맑은 고딕" w:eastAsia="맑은 고딕" w:hAnsi="맑은 고딕" w:cs="맑은 고딕"/>
                <w:b w:val="0"/>
                <w:color w:val="FFFFFF"/>
                <w:sz w:val="19"/>
              </w:rPr>
              <w:t xml:space="preserve"> </w:t>
            </w:r>
          </w:p>
          <w:p>
            <w:pPr>
              <w:spacing w:after="40"/>
              <w:rPr>
                <w:rFonts w:ascii="맑은 고딕" w:eastAsia="맑은 고딕" w:hAnsi="맑은 고딕" w:cs="맑은 고딕" w:hint="default"/>
              </w:rPr>
            </w:pPr>
            <w:r>
              <w:rPr>
                <w:rFonts w:ascii="맑은 고딕" w:eastAsia="맑은 고딕" w:hAnsi="맑은 고딕" w:cs="맑은 고딕"/>
                <w:b w:val="0"/>
                <w:color w:val="FFFFFF"/>
                <w:sz w:val="19"/>
              </w:rPr>
              <w:t xml:space="preserve"> </w:t>
            </w:r>
          </w:p>
          <w:p>
            <w:pPr>
              <w:spacing w:after="40"/>
              <w:rPr>
                <w:lang w:eastAsia="ko-KR"/>
                <w:rFonts w:ascii="맑은 고딕" w:eastAsia="맑은 고딕" w:hAnsi="맑은 고딕" w:cs="맑은 고딕" w:hint="eastAsia"/>
                <w:b w:val="0"/>
                <w:color w:val="FFFFFF"/>
                <w:sz w:val="19"/>
                <w:rtl w:val="off"/>
              </w:rPr>
            </w:pPr>
            <w:r>
              <w:rPr>
                <w:rFonts w:ascii="맑은 고딕" w:eastAsia="맑은 고딕" w:hAnsi="맑은 고딕" w:cs="맑은 고딕"/>
                <w:b w:val="0"/>
                <w:color w:val="FFFFFF"/>
                <w:sz w:val="19"/>
              </w:rPr>
              <w:t xml:space="preserve"> </w:t>
            </w:r>
          </w:p>
          <w:p>
            <w:pPr>
              <w:spacing w:after="40"/>
              <w:rPr>
                <w:lang w:eastAsia="ko-KR"/>
                <w:rFonts w:ascii="맑은 고딕" w:eastAsia="맑은 고딕" w:hAnsi="맑은 고딕" w:cs="맑은 고딕" w:hint="eastAsia"/>
                <w:b w:val="0"/>
                <w:color w:val="FFFFFF"/>
                <w:sz w:val="19"/>
                <w:rtl w:val="off"/>
              </w:rPr>
            </w:pPr>
          </w:p>
          <w:p>
            <w:pPr>
              <w:spacing w:after="40"/>
              <w:rPr>
                <w:rFonts w:ascii="맑은 고딕" w:eastAsia="맑은 고딕" w:hAnsi="맑은 고딕" w:cs="맑은 고딕" w:hint="default"/>
              </w:rPr>
            </w:pPr>
          </w:p>
          <w:p>
            <w:pPr>
              <w:spacing w:after="40"/>
              <w:rPr>
                <w:rFonts w:ascii="맑은 고딕" w:eastAsia="맑은 고딕" w:hAnsi="맑은 고딕" w:cs="맑은 고딕" w:hint="default"/>
              </w:rPr>
            </w:pPr>
            <w:r>
              <w:rPr>
                <w:rFonts w:ascii="맑은 고딕" w:eastAsia="맑은 고딕" w:hAnsi="맑은 고딕" w:cs="맑은 고딕"/>
                <w:b w:val="0"/>
                <w:color w:val="FFFFFF"/>
                <w:sz w:val="19"/>
              </w:rPr>
              <w:t xml:space="preserve"> </w:t>
            </w:r>
          </w:p>
        </w:tc>
      </w:tr>
    </w:tbl>
    <w:p>
      <w:pPr>
        <w:spacing w:after="20"/>
        <w:rPr>
          <w:rFonts w:ascii="맑은 고딕" w:eastAsia="맑은 고딕" w:hAnsi="맑은 고딕" w:cs="맑은 고딕" w:hint="default"/>
          <w:sz w:val="10"/>
          <w:szCs w:val="10"/>
        </w:rPr>
      </w:pPr>
    </w:p>
    <w:p>
      <w:pPr>
        <w:keepNext/>
        <w:spacing w:after="100" w:before="160"/>
        <w:rPr>
          <w:rFonts w:ascii="맑은 고딕" w:eastAsia="맑은 고딕" w:hAnsi="맑은 고딕" w:cs="맑은 고딕" w:hint="default"/>
        </w:rPr>
      </w:pPr>
      <w:r>
        <w:rPr>
          <w:lang w:eastAsia="ko-KR"/>
          <w:rFonts w:ascii="맑은 고딕" w:eastAsia="맑은 고딕" w:hAnsi="맑은 고딕" w:cs="맑은 고딕"/>
          <w:b/>
          <w:color w:val="1F4E79"/>
          <w:sz w:val="28"/>
          <w:szCs w:val="28"/>
          <w:rtl w:val="off"/>
        </w:rPr>
        <w:t>승</w:t>
      </w:r>
    </w:p>
    <w:tbl>
      <w:tblPr>
        <w:tblW w:w="0" w:type="auto"/>
        <w:tblLook w:val="04A0" w:firstRow="1" w:lastRow="0" w:firstColumn="1" w:lastColumn="0" w:noHBand="0" w:noVBand="1"/>
        <w:jc w:val="center"/>
        <w:tblLayout w:type="fixed"/>
      </w:tblPr>
      <w:tblGrid>
        <w:gridCol w:w="9720"/>
      </w:tblGrid>
      <w:tr>
        <w:trPr/>
        <w:tc>
          <w:tcPr>
            <w:tcW w:w="9792" w:type="dxa"/>
            <w:tcBorders>
              <w:top w:val="single" w:sz="5" w:space="0" w:color="D8E0E7"/>
              <w:left w:val="single" w:sz="5" w:space="0" w:color="D8E0E7"/>
              <w:bottom w:val="single" w:sz="5" w:space="0" w:color="D8E0E7"/>
              <w:right w:val="single" w:sz="5" w:space="0" w:color="D8E0E7"/>
            </w:tcBorders>
            <w:shd w:val="clear" w:color="auto" w:fill="FFFFFF"/>
            <w:tcMar>
              <w:top w:w="145" w:type="dxa"/>
              <w:bottom w:w="145" w:type="dxa"/>
            </w:tcMar>
          </w:tcPr>
          <w:p>
            <w:pPr>
              <w:spacing w:after="0"/>
              <w:rPr>
                <w:rFonts w:ascii="맑은 고딕" w:eastAsia="맑은 고딕" w:hAnsi="맑은 고딕" w:cs="맑은 고딕" w:hint="default"/>
              </w:rPr>
            </w:pPr>
            <w:r>
              <w:rPr>
                <w:rFonts w:ascii="맑은 고딕" w:eastAsia="맑은 고딕" w:hAnsi="맑은 고딕" w:cs="맑은 고딕"/>
                <w:b w:val="0"/>
                <w:color w:val="9AA3AA"/>
                <w:sz w:val="20"/>
                <w:szCs w:val="20"/>
              </w:rPr>
              <w:t>갈등의 심화, 주요 사건, 관계 변화와 전환점을 작성해 주세요.</w:t>
            </w:r>
          </w:p>
          <w:p>
            <w:pPr>
              <w:spacing w:after="40"/>
              <w:rPr>
                <w:rFonts w:ascii="맑은 고딕" w:eastAsia="맑은 고딕" w:hAnsi="맑은 고딕" w:cs="맑은 고딕" w:hint="default"/>
              </w:rPr>
            </w:pPr>
            <w:r>
              <w:rPr>
                <w:rFonts w:ascii="맑은 고딕" w:eastAsia="맑은 고딕" w:hAnsi="맑은 고딕" w:cs="맑은 고딕"/>
                <w:b w:val="0"/>
                <w:color w:val="FFFFFF"/>
                <w:sz w:val="19"/>
              </w:rPr>
              <w:t xml:space="preserve"> </w:t>
            </w:r>
          </w:p>
          <w:p>
            <w:pPr>
              <w:spacing w:after="40"/>
              <w:rPr>
                <w:rFonts w:ascii="맑은 고딕" w:eastAsia="맑은 고딕" w:hAnsi="맑은 고딕" w:cs="맑은 고딕" w:hint="default"/>
              </w:rPr>
            </w:pPr>
            <w:r>
              <w:rPr>
                <w:rFonts w:ascii="맑은 고딕" w:eastAsia="맑은 고딕" w:hAnsi="맑은 고딕" w:cs="맑은 고딕"/>
                <w:b w:val="0"/>
                <w:color w:val="FFFFFF"/>
                <w:sz w:val="19"/>
              </w:rPr>
              <w:t xml:space="preserve"> </w:t>
            </w:r>
          </w:p>
          <w:p>
            <w:pPr>
              <w:spacing w:after="40"/>
              <w:rPr>
                <w:rFonts w:ascii="맑은 고딕" w:eastAsia="맑은 고딕" w:hAnsi="맑은 고딕" w:cs="맑은 고딕" w:hint="default"/>
              </w:rPr>
            </w:pPr>
            <w:r>
              <w:rPr>
                <w:rFonts w:ascii="맑은 고딕" w:eastAsia="맑은 고딕" w:hAnsi="맑은 고딕" w:cs="맑은 고딕"/>
                <w:b w:val="0"/>
                <w:color w:val="FFFFFF"/>
                <w:sz w:val="19"/>
              </w:rPr>
              <w:t xml:space="preserve"> </w:t>
            </w:r>
          </w:p>
          <w:p>
            <w:pPr>
              <w:spacing w:after="40"/>
              <w:rPr>
                <w:lang w:eastAsia="ko-KR"/>
                <w:rFonts w:ascii="맑은 고딕" w:eastAsia="맑은 고딕" w:hAnsi="맑은 고딕" w:cs="맑은 고딕" w:hint="eastAsia"/>
                <w:b w:val="0"/>
                <w:color w:val="FFFFFF"/>
                <w:sz w:val="19"/>
                <w:rtl w:val="off"/>
              </w:rPr>
            </w:pPr>
            <w:r>
              <w:rPr>
                <w:rFonts w:ascii="맑은 고딕" w:eastAsia="맑은 고딕" w:hAnsi="맑은 고딕" w:cs="맑은 고딕"/>
                <w:b w:val="0"/>
                <w:color w:val="FFFFFF"/>
                <w:sz w:val="19"/>
              </w:rPr>
              <w:t xml:space="preserve"> </w:t>
            </w:r>
          </w:p>
          <w:p>
            <w:pPr>
              <w:spacing w:after="40"/>
              <w:rPr>
                <w:rFonts w:ascii="맑은 고딕" w:eastAsia="맑은 고딕" w:hAnsi="맑은 고딕" w:cs="맑은 고딕" w:hint="default"/>
              </w:rPr>
            </w:pPr>
          </w:p>
          <w:p>
            <w:pPr>
              <w:spacing w:after="40"/>
              <w:rPr>
                <w:rFonts w:ascii="맑은 고딕" w:eastAsia="맑은 고딕" w:hAnsi="맑은 고딕" w:cs="맑은 고딕" w:hint="default"/>
              </w:rPr>
            </w:pPr>
            <w:r>
              <w:rPr>
                <w:rFonts w:ascii="맑은 고딕" w:eastAsia="맑은 고딕" w:hAnsi="맑은 고딕" w:cs="맑은 고딕"/>
                <w:b w:val="0"/>
                <w:color w:val="FFFFFF"/>
                <w:sz w:val="19"/>
              </w:rPr>
              <w:t xml:space="preserve"> </w:t>
            </w:r>
          </w:p>
        </w:tc>
      </w:tr>
    </w:tbl>
    <w:p>
      <w:pPr>
        <w:spacing w:after="20"/>
        <w:rPr>
          <w:rFonts w:ascii="맑은 고딕" w:eastAsia="맑은 고딕" w:hAnsi="맑은 고딕" w:cs="맑은 고딕" w:hint="default"/>
          <w:sz w:val="10"/>
          <w:szCs w:val="10"/>
        </w:rPr>
      </w:pPr>
    </w:p>
    <w:p>
      <w:pPr>
        <w:keepNext/>
        <w:spacing w:after="100" w:before="160"/>
        <w:rPr>
          <w:rFonts w:ascii="맑은 고딕" w:eastAsia="맑은 고딕" w:hAnsi="맑은 고딕" w:cs="맑은 고딕" w:hint="default"/>
        </w:rPr>
      </w:pPr>
      <w:r>
        <w:rPr>
          <w:lang w:eastAsia="ko-KR"/>
          <w:rFonts w:ascii="맑은 고딕" w:eastAsia="맑은 고딕" w:hAnsi="맑은 고딕" w:cs="맑은 고딕"/>
          <w:b/>
          <w:color w:val="1F4E79"/>
          <w:sz w:val="28"/>
          <w:szCs w:val="28"/>
          <w:rtl w:val="off"/>
        </w:rPr>
        <w:t>전</w:t>
      </w:r>
    </w:p>
    <w:tbl>
      <w:tblPr>
        <w:tblW w:w="0" w:type="auto"/>
        <w:tblLook w:val="04A0" w:firstRow="1" w:lastRow="0" w:firstColumn="1" w:lastColumn="0" w:noHBand="0" w:noVBand="1"/>
        <w:jc w:val="center"/>
        <w:tblLayout w:type="fixed"/>
      </w:tblPr>
      <w:tblGrid>
        <w:gridCol w:w="9720"/>
      </w:tblGrid>
      <w:tr>
        <w:trPr/>
        <w:tc>
          <w:tcPr>
            <w:tcW w:w="9792" w:type="dxa"/>
            <w:tcBorders>
              <w:top w:val="single" w:sz="5" w:space="0" w:color="D8E0E7"/>
              <w:left w:val="single" w:sz="5" w:space="0" w:color="D8E0E7"/>
              <w:bottom w:val="single" w:sz="5" w:space="0" w:color="D8E0E7"/>
              <w:right w:val="single" w:sz="5" w:space="0" w:color="D8E0E7"/>
            </w:tcBorders>
            <w:shd w:val="clear" w:color="auto" w:fill="FFFFFF"/>
            <w:tcMar>
              <w:top w:w="145" w:type="dxa"/>
              <w:bottom w:w="145" w:type="dxa"/>
            </w:tcMar>
          </w:tcPr>
          <w:p>
            <w:pPr>
              <w:spacing w:after="0"/>
              <w:rPr>
                <w:rFonts w:ascii="맑은 고딕" w:eastAsia="맑은 고딕" w:hAnsi="맑은 고딕" w:cs="맑은 고딕" w:hint="default"/>
              </w:rPr>
            </w:pPr>
            <w:r>
              <w:rPr>
                <w:rFonts w:ascii="맑은 고딕" w:eastAsia="맑은 고딕" w:hAnsi="맑은 고딕" w:cs="맑은 고딕"/>
                <w:b w:val="0"/>
                <w:color w:val="9AA3AA"/>
                <w:sz w:val="20"/>
                <w:szCs w:val="20"/>
              </w:rPr>
              <w:t>핵심 진실과 반전, 최종 갈등으로 이어지는 전개를 작성해 주세요.</w:t>
            </w:r>
          </w:p>
          <w:p>
            <w:pPr>
              <w:spacing w:after="40"/>
              <w:rPr>
                <w:rFonts w:ascii="맑은 고딕" w:eastAsia="맑은 고딕" w:hAnsi="맑은 고딕" w:cs="맑은 고딕" w:hint="default"/>
              </w:rPr>
            </w:pPr>
            <w:r>
              <w:rPr>
                <w:rFonts w:ascii="맑은 고딕" w:eastAsia="맑은 고딕" w:hAnsi="맑은 고딕" w:cs="맑은 고딕"/>
                <w:b w:val="0"/>
                <w:color w:val="FFFFFF"/>
                <w:sz w:val="19"/>
              </w:rPr>
              <w:t xml:space="preserve"> </w:t>
            </w:r>
          </w:p>
          <w:p>
            <w:pPr>
              <w:spacing w:after="40"/>
              <w:rPr>
                <w:lang w:eastAsia="ko-KR"/>
                <w:rFonts w:ascii="맑은 고딕" w:eastAsia="맑은 고딕" w:hAnsi="맑은 고딕" w:cs="맑은 고딕" w:hint="eastAsia"/>
                <w:b w:val="0"/>
                <w:color w:val="FFFFFF"/>
                <w:sz w:val="19"/>
                <w:rtl w:val="off"/>
              </w:rPr>
            </w:pPr>
            <w:r>
              <w:rPr>
                <w:rFonts w:ascii="맑은 고딕" w:eastAsia="맑은 고딕" w:hAnsi="맑은 고딕" w:cs="맑은 고딕"/>
                <w:b w:val="0"/>
                <w:color w:val="FFFFFF"/>
                <w:sz w:val="19"/>
              </w:rPr>
              <w:t xml:space="preserve"> </w:t>
            </w:r>
          </w:p>
          <w:p>
            <w:pPr>
              <w:spacing w:after="40"/>
              <w:rPr>
                <w:rFonts w:ascii="맑은 고딕" w:eastAsia="맑은 고딕" w:hAnsi="맑은 고딕" w:cs="맑은 고딕" w:hint="default"/>
              </w:rPr>
            </w:pPr>
          </w:p>
          <w:p>
            <w:pPr>
              <w:spacing w:after="40"/>
              <w:rPr>
                <w:lang w:eastAsia="ko-KR"/>
                <w:rFonts w:ascii="맑은 고딕" w:eastAsia="맑은 고딕" w:hAnsi="맑은 고딕" w:cs="맑은 고딕" w:hint="eastAsia"/>
                <w:b w:val="0"/>
                <w:color w:val="FFFFFF"/>
                <w:sz w:val="19"/>
                <w:rtl w:val="off"/>
              </w:rPr>
            </w:pPr>
            <w:r>
              <w:rPr>
                <w:rFonts w:ascii="맑은 고딕" w:eastAsia="맑은 고딕" w:hAnsi="맑은 고딕" w:cs="맑은 고딕"/>
                <w:b w:val="0"/>
                <w:color w:val="FFFFFF"/>
                <w:sz w:val="19"/>
              </w:rPr>
              <w:t xml:space="preserve"> </w:t>
            </w:r>
          </w:p>
          <w:p>
            <w:pPr>
              <w:spacing w:after="40"/>
              <w:rPr>
                <w:rFonts w:ascii="맑은 고딕" w:eastAsia="맑은 고딕" w:hAnsi="맑은 고딕" w:cs="맑은 고딕" w:hint="default"/>
              </w:rPr>
            </w:pPr>
          </w:p>
          <w:p>
            <w:pPr>
              <w:spacing w:after="40"/>
              <w:rPr>
                <w:rFonts w:ascii="맑은 고딕" w:eastAsia="맑은 고딕" w:hAnsi="맑은 고딕" w:cs="맑은 고딕" w:hint="default"/>
              </w:rPr>
            </w:pPr>
            <w:r>
              <w:rPr>
                <w:rFonts w:ascii="맑은 고딕" w:eastAsia="맑은 고딕" w:hAnsi="맑은 고딕" w:cs="맑은 고딕"/>
                <w:b w:val="0"/>
                <w:color w:val="FFFFFF"/>
                <w:sz w:val="19"/>
              </w:rPr>
              <w:t xml:space="preserve"> </w:t>
            </w:r>
          </w:p>
        </w:tc>
      </w:tr>
    </w:tbl>
    <w:p>
      <w:pPr>
        <w:spacing w:after="20"/>
        <w:rPr>
          <w:rFonts w:ascii="맑은 고딕" w:eastAsia="맑은 고딕" w:hAnsi="맑은 고딕" w:cs="맑은 고딕" w:hint="default"/>
          <w:sz w:val="10"/>
          <w:szCs w:val="10"/>
        </w:rPr>
      </w:pPr>
    </w:p>
    <w:p>
      <w:pPr>
        <w:keepNext/>
        <w:tabs>
          <w:tab w:val="left" w:pos="624"/>
        </w:tabs>
        <w:spacing w:after="100" w:before="160"/>
        <w:rPr>
          <w:rFonts w:ascii="맑은 고딕" w:eastAsia="맑은 고딕" w:hAnsi="맑은 고딕" w:cs="맑은 고딕" w:hint="default"/>
        </w:rPr>
      </w:pPr>
      <w:r>
        <w:rPr>
          <w:rFonts w:ascii="맑은 고딕" w:eastAsia="맑은 고딕" w:hAnsi="맑은 고딕" w:cs="맑은 고딕"/>
          <w:b/>
          <w:color w:val="1F4E79"/>
          <w:sz w:val="28"/>
          <w:szCs w:val="28"/>
        </w:rPr>
        <w:t>결</w:t>
      </w:r>
      <w:r>
        <w:rPr>
          <w:rFonts w:ascii="맑은 고딕" w:eastAsia="맑은 고딕" w:hAnsi="맑은 고딕" w:cs="맑은 고딕"/>
          <w:b/>
          <w:color w:val="1F4E79"/>
          <w:sz w:val="28"/>
          <w:szCs w:val="28"/>
        </w:rPr>
        <w:tab/>
      </w:r>
    </w:p>
    <w:tbl>
      <w:tblPr>
        <w:tblW w:w="0" w:type="auto"/>
        <w:tblLook w:val="04A0" w:firstRow="1" w:lastRow="0" w:firstColumn="1" w:lastColumn="0" w:noHBand="0" w:noVBand="1"/>
        <w:jc w:val="center"/>
        <w:tblLayout w:type="fixed"/>
      </w:tblPr>
      <w:tblGrid>
        <w:gridCol w:w="9720"/>
      </w:tblGrid>
      <w:tr>
        <w:trPr/>
        <w:tc>
          <w:tcPr>
            <w:tcW w:w="9792" w:type="dxa"/>
            <w:tcBorders>
              <w:top w:val="single" w:sz="5" w:space="0" w:color="D8E0E7"/>
              <w:left w:val="single" w:sz="5" w:space="0" w:color="D8E0E7"/>
              <w:bottom w:val="single" w:sz="5" w:space="0" w:color="D8E0E7"/>
              <w:right w:val="single" w:sz="5" w:space="0" w:color="D8E0E7"/>
            </w:tcBorders>
            <w:shd w:val="clear" w:color="auto" w:fill="FFFFFF"/>
            <w:tcMar>
              <w:top w:w="145" w:type="dxa"/>
              <w:bottom w:w="145" w:type="dxa"/>
            </w:tcMar>
          </w:tcPr>
          <w:p>
            <w:pPr>
              <w:spacing w:after="0"/>
              <w:rPr>
                <w:rFonts w:ascii="맑은 고딕" w:eastAsia="맑은 고딕" w:hAnsi="맑은 고딕" w:cs="맑은 고딕" w:hint="default"/>
              </w:rPr>
            </w:pPr>
            <w:r>
              <w:rPr>
                <w:rFonts w:ascii="맑은 고딕" w:eastAsia="맑은 고딕" w:hAnsi="맑은 고딕" w:cs="맑은 고딕"/>
                <w:b w:val="0"/>
                <w:color w:val="9AA3AA"/>
                <w:sz w:val="20"/>
                <w:szCs w:val="20"/>
              </w:rPr>
              <w:t>최종 갈등의 해결, 인물의 선택, 관계의 결말까지 구체적으로 작성해 주세요.</w:t>
            </w:r>
          </w:p>
          <w:p>
            <w:pPr>
              <w:spacing w:after="40"/>
              <w:rPr>
                <w:rFonts w:ascii="맑은 고딕" w:eastAsia="맑은 고딕" w:hAnsi="맑은 고딕" w:cs="맑은 고딕" w:hint="default"/>
              </w:rPr>
            </w:pPr>
            <w:r>
              <w:rPr>
                <w:rFonts w:ascii="맑은 고딕" w:eastAsia="맑은 고딕" w:hAnsi="맑은 고딕" w:cs="맑은 고딕"/>
                <w:b w:val="0"/>
                <w:color w:val="FFFFFF"/>
                <w:sz w:val="19"/>
              </w:rPr>
              <w:t xml:space="preserve"> </w:t>
            </w:r>
          </w:p>
          <w:p>
            <w:pPr>
              <w:spacing w:after="40"/>
              <w:rPr>
                <w:rFonts w:ascii="맑은 고딕" w:eastAsia="맑은 고딕" w:hAnsi="맑은 고딕" w:cs="맑은 고딕" w:hint="default"/>
              </w:rPr>
            </w:pPr>
            <w:r>
              <w:rPr>
                <w:rFonts w:ascii="맑은 고딕" w:eastAsia="맑은 고딕" w:hAnsi="맑은 고딕" w:cs="맑은 고딕"/>
                <w:b w:val="0"/>
                <w:color w:val="FFFFFF"/>
                <w:sz w:val="19"/>
              </w:rPr>
              <w:t xml:space="preserve"> </w:t>
            </w:r>
          </w:p>
          <w:p>
            <w:pPr>
              <w:spacing w:after="40"/>
              <w:rPr>
                <w:rFonts w:ascii="맑은 고딕" w:eastAsia="맑은 고딕" w:hAnsi="맑은 고딕" w:cs="맑은 고딕" w:hint="default"/>
              </w:rPr>
            </w:pPr>
            <w:r>
              <w:rPr>
                <w:rFonts w:ascii="맑은 고딕" w:eastAsia="맑은 고딕" w:hAnsi="맑은 고딕" w:cs="맑은 고딕"/>
                <w:b w:val="0"/>
                <w:color w:val="FFFFFF"/>
                <w:sz w:val="19"/>
              </w:rPr>
              <w:t xml:space="preserve"> </w:t>
            </w:r>
          </w:p>
          <w:p>
            <w:pPr>
              <w:spacing w:after="40"/>
              <w:rPr>
                <w:rFonts w:ascii="맑은 고딕" w:eastAsia="맑은 고딕" w:hAnsi="맑은 고딕" w:cs="맑은 고딕" w:hint="default"/>
              </w:rPr>
            </w:pPr>
            <w:r>
              <w:rPr>
                <w:rFonts w:ascii="맑은 고딕" w:eastAsia="맑은 고딕" w:hAnsi="맑은 고딕" w:cs="맑은 고딕"/>
                <w:b w:val="0"/>
                <w:color w:val="FFFFFF"/>
                <w:sz w:val="19"/>
              </w:rPr>
              <w:t xml:space="preserve"> </w:t>
            </w:r>
          </w:p>
          <w:p>
            <w:pPr>
              <w:spacing w:after="40"/>
              <w:rPr>
                <w:rFonts w:ascii="맑은 고딕" w:eastAsia="맑은 고딕" w:hAnsi="맑은 고딕" w:cs="맑은 고딕" w:hint="default"/>
              </w:rPr>
            </w:pPr>
            <w:r>
              <w:rPr>
                <w:rFonts w:ascii="맑은 고딕" w:eastAsia="맑은 고딕" w:hAnsi="맑은 고딕" w:cs="맑은 고딕"/>
                <w:b w:val="0"/>
                <w:color w:val="FFFFFF"/>
                <w:sz w:val="19"/>
              </w:rPr>
              <w:t xml:space="preserve"> </w:t>
            </w:r>
          </w:p>
          <w:p>
            <w:pPr>
              <w:spacing w:after="40"/>
              <w:rPr>
                <w:rFonts w:ascii="맑은 고딕" w:eastAsia="맑은 고딕" w:hAnsi="맑은 고딕" w:cs="맑은 고딕" w:hint="default"/>
              </w:rPr>
            </w:pPr>
            <w:r>
              <w:rPr>
                <w:rFonts w:ascii="맑은 고딕" w:eastAsia="맑은 고딕" w:hAnsi="맑은 고딕" w:cs="맑은 고딕"/>
                <w:b w:val="0"/>
                <w:color w:val="FFFFFF"/>
                <w:sz w:val="19"/>
              </w:rPr>
              <w:t xml:space="preserve"> </w:t>
            </w:r>
          </w:p>
          <w:p>
            <w:pPr>
              <w:spacing w:after="40"/>
              <w:rPr>
                <w:rFonts w:ascii="맑은 고딕" w:eastAsia="맑은 고딕" w:hAnsi="맑은 고딕" w:cs="맑은 고딕" w:hint="default"/>
              </w:rPr>
            </w:pPr>
            <w:r>
              <w:rPr>
                <w:rFonts w:ascii="맑은 고딕" w:eastAsia="맑은 고딕" w:hAnsi="맑은 고딕" w:cs="맑은 고딕"/>
                <w:b w:val="0"/>
                <w:color w:val="FFFFFF"/>
                <w:sz w:val="19"/>
              </w:rPr>
              <w:t xml:space="preserve"> </w:t>
            </w:r>
          </w:p>
        </w:tc>
      </w:tr>
    </w:tbl>
    <w:p>
      <w:pPr>
        <w:keepNext/>
        <w:spacing w:after="60" w:before="280"/>
        <w:rPr>
          <w:lang w:eastAsia="ko-KR"/>
          <w:rFonts w:ascii="맑은 고딕" w:eastAsia="맑은 고딕" w:hAnsi="맑은 고딕" w:cs="맑은 고딕" w:hint="eastAsia"/>
          <w:b/>
          <w:color w:val="1F4E79"/>
          <w:sz w:val="23"/>
          <w:rtl w:val="off"/>
        </w:rPr>
      </w:pPr>
      <w:r>
        <w:rPr>
          <w:lang w:eastAsia="ko-KR"/>
          <w:rFonts w:ascii="맑은 고딕" w:eastAsia="맑은 고딕" w:hAnsi="맑은 고딕" w:cs="맑은 고딕"/>
          <w:b/>
          <w:color w:val="000000"/>
          <w:sz w:val="30"/>
          <w:rtl w:val="off"/>
        </w:rPr>
        <w:t>3</w:t>
      </w:r>
      <w:r>
        <w:rPr>
          <w:rFonts w:ascii="맑은 고딕" w:eastAsia="맑은 고딕" w:hAnsi="맑은 고딕" w:cs="맑은 고딕"/>
          <w:b/>
          <w:color w:val="000000"/>
          <w:sz w:val="30"/>
        </w:rPr>
        <w:t xml:space="preserve">. </w:t>
      </w:r>
      <w:r>
        <w:rPr>
          <w:lang w:eastAsia="ko-KR"/>
          <w:rFonts w:ascii="맑은 고딕" w:eastAsia="맑은 고딕" w:hAnsi="맑은 고딕" w:cs="맑은 고딕"/>
          <w:b/>
          <w:color w:val="000000"/>
          <w:sz w:val="30"/>
          <w:rtl w:val="off"/>
        </w:rPr>
        <w:t>작품 소개글</w:t>
      </w:r>
      <w:r>
        <w:rPr>
          <w:lang w:eastAsia="ko-KR"/>
          <w:rFonts w:ascii="맑은 고딕" w:eastAsia="맑은 고딕" w:hAnsi="맑은 고딕" w:cs="맑은 고딕"/>
          <w:b/>
          <w:color w:val="000000"/>
          <w:sz w:val="30"/>
          <w:rtl w:val="off"/>
        </w:rPr>
        <w:t xml:space="preserve"> (선택)</w:t>
      </w:r>
    </w:p>
    <w:p>
      <w:pPr>
        <w:keepNext w:val="off"/>
        <w:spacing w:after="80" w:before="0" w:line="324" w:lineRule="auto"/>
        <w:rPr>
          <w:rFonts w:ascii="맑은 고딕" w:eastAsia="맑은 고딕" w:hAnsi="맑은 고딕" w:cs="맑은 고딕" w:hint="default"/>
        </w:rPr>
      </w:pPr>
      <w:r>
        <w:rPr>
          <w:lang w:eastAsia="ko-KR"/>
          <w:rFonts w:ascii="맑은 고딕" w:eastAsia="맑은 고딕" w:hAnsi="맑은 고딕" w:cs="맑은 고딕"/>
          <w:b w:val="0"/>
          <w:color w:val="6F7A85"/>
          <w:sz w:val="19"/>
          <w:rtl w:val="off"/>
        </w:rPr>
        <w:t>플랫폼 내 작품 소개글 혹은 줄거리로 기재된 부분을 뜻합니다.</w:t>
      </w:r>
    </w:p>
    <w:tbl>
      <w:tblPr>
        <w:tblW w:w="0" w:type="auto"/>
        <w:tblLook w:val="04A0" w:firstRow="1" w:lastRow="0" w:firstColumn="1" w:lastColumn="0" w:noHBand="0" w:noVBand="1"/>
        <w:jc w:val="center"/>
        <w:tblLayout w:type="fixed"/>
      </w:tblPr>
      <w:tblGrid>
        <w:gridCol w:w="9720"/>
      </w:tblGrid>
      <w:tr>
        <w:trPr/>
        <w:tc>
          <w:tcPr>
            <w:tcW w:w="9792" w:type="dxa"/>
            <w:tcBorders>
              <w:top w:val="single" w:sz="5" w:space="0" w:color="D8E0E7"/>
              <w:left w:val="single" w:sz="5" w:space="0" w:color="D8E0E7"/>
              <w:bottom w:val="single" w:sz="5" w:space="0" w:color="D8E0E7"/>
              <w:right w:val="single" w:sz="5" w:space="0" w:color="D8E0E7"/>
            </w:tcBorders>
            <w:shd w:val="clear" w:color="auto" w:fill="FFFFFF"/>
            <w:tcMar>
              <w:top w:w="145" w:type="dxa"/>
              <w:bottom w:w="145" w:type="dxa"/>
            </w:tcMar>
          </w:tcPr>
          <w:p>
            <w:pPr>
              <w:spacing w:after="0"/>
              <w:rPr>
                <w:rFonts w:ascii="맑은 고딕" w:eastAsia="맑은 고딕" w:hAnsi="맑은 고딕" w:cs="맑은 고딕" w:hint="default"/>
              </w:rPr>
            </w:pPr>
            <w:r>
              <w:rPr>
                <w:rFonts w:ascii="맑은 고딕" w:eastAsia="맑은 고딕" w:hAnsi="맑은 고딕" w:cs="맑은 고딕"/>
                <w:b w:val="0"/>
                <w:color w:val="9AA3AA"/>
                <w:sz w:val="20"/>
                <w:szCs w:val="20"/>
              </w:rPr>
              <w:t>작품 소개를 작성해 주세요.</w:t>
            </w:r>
          </w:p>
          <w:p>
            <w:pPr>
              <w:spacing w:after="40"/>
              <w:rPr>
                <w:rFonts w:ascii="맑은 고딕" w:eastAsia="맑은 고딕" w:hAnsi="맑은 고딕" w:cs="맑은 고딕" w:hint="default"/>
              </w:rPr>
            </w:pPr>
            <w:r>
              <w:rPr>
                <w:rFonts w:ascii="맑은 고딕" w:eastAsia="맑은 고딕" w:hAnsi="맑은 고딕" w:cs="맑은 고딕"/>
                <w:b w:val="0"/>
                <w:color w:val="FFFFFF"/>
                <w:sz w:val="19"/>
              </w:rPr>
              <w:t xml:space="preserve"> </w:t>
            </w:r>
          </w:p>
          <w:p>
            <w:pPr>
              <w:spacing w:after="40"/>
              <w:rPr>
                <w:rFonts w:ascii="맑은 고딕" w:eastAsia="맑은 고딕" w:hAnsi="맑은 고딕" w:cs="맑은 고딕" w:hint="default"/>
              </w:rPr>
            </w:pPr>
            <w:r>
              <w:rPr>
                <w:rFonts w:ascii="맑은 고딕" w:eastAsia="맑은 고딕" w:hAnsi="맑은 고딕" w:cs="맑은 고딕"/>
                <w:b w:val="0"/>
                <w:color w:val="FFFFFF"/>
                <w:sz w:val="19"/>
              </w:rPr>
              <w:t xml:space="preserve"> </w:t>
            </w:r>
          </w:p>
          <w:p>
            <w:pPr>
              <w:spacing w:after="40"/>
              <w:rPr>
                <w:rFonts w:ascii="맑은 고딕" w:eastAsia="맑은 고딕" w:hAnsi="맑은 고딕" w:cs="맑은 고딕" w:hint="default"/>
              </w:rPr>
            </w:pPr>
            <w:r>
              <w:rPr>
                <w:rFonts w:ascii="맑은 고딕" w:eastAsia="맑은 고딕" w:hAnsi="맑은 고딕" w:cs="맑은 고딕"/>
                <w:b w:val="0"/>
                <w:color w:val="FFFFFF"/>
                <w:sz w:val="19"/>
              </w:rPr>
              <w:t xml:space="preserve"> </w:t>
            </w:r>
          </w:p>
          <w:p>
            <w:pPr>
              <w:spacing w:after="40"/>
              <w:rPr>
                <w:lang w:eastAsia="ko-KR"/>
                <w:rFonts w:ascii="맑은 고딕" w:eastAsia="맑은 고딕" w:hAnsi="맑은 고딕" w:cs="맑은 고딕" w:hint="eastAsia"/>
                <w:b w:val="0"/>
                <w:color w:val="FFFFFF"/>
                <w:sz w:val="19"/>
                <w:rtl w:val="off"/>
              </w:rPr>
            </w:pPr>
            <w:r>
              <w:rPr>
                <w:rFonts w:ascii="맑은 고딕" w:eastAsia="맑은 고딕" w:hAnsi="맑은 고딕" w:cs="맑은 고딕"/>
                <w:b w:val="0"/>
                <w:color w:val="FFFFFF"/>
                <w:sz w:val="19"/>
              </w:rPr>
              <w:t xml:space="preserve"> </w:t>
            </w:r>
          </w:p>
          <w:p>
            <w:pPr>
              <w:spacing w:after="40"/>
              <w:rPr>
                <w:lang w:eastAsia="ko-KR"/>
                <w:rFonts w:ascii="맑은 고딕" w:eastAsia="맑은 고딕" w:hAnsi="맑은 고딕" w:cs="맑은 고딕" w:hint="eastAsia"/>
                <w:b w:val="0"/>
                <w:color w:val="FFFFFF"/>
                <w:sz w:val="19"/>
                <w:rtl w:val="off"/>
              </w:rPr>
            </w:pPr>
          </w:p>
          <w:p>
            <w:pPr>
              <w:spacing w:after="40"/>
              <w:rPr>
                <w:lang w:eastAsia="ko-KR"/>
                <w:rFonts w:ascii="맑은 고딕" w:eastAsia="맑은 고딕" w:hAnsi="맑은 고딕" w:cs="맑은 고딕" w:hint="eastAsia"/>
                <w:b w:val="0"/>
                <w:color w:val="FFFFFF"/>
                <w:sz w:val="19"/>
                <w:rtl w:val="off"/>
              </w:rPr>
            </w:pPr>
          </w:p>
          <w:p>
            <w:pPr>
              <w:spacing w:after="40"/>
              <w:rPr>
                <w:lang w:eastAsia="ko-KR"/>
                <w:rFonts w:ascii="맑은 고딕" w:eastAsia="맑은 고딕" w:hAnsi="맑은 고딕" w:cs="맑은 고딕" w:hint="eastAsia"/>
                <w:rtl w:val="off"/>
              </w:rPr>
            </w:pPr>
          </w:p>
          <w:p>
            <w:pPr>
              <w:spacing w:after="40"/>
              <w:rPr>
                <w:lang/>
                <w:rFonts w:ascii="맑은 고딕" w:eastAsia="맑은 고딕" w:hAnsi="맑은 고딕" w:cs="맑은 고딕"/>
                <w:rtl w:val="off"/>
              </w:rPr>
            </w:pPr>
          </w:p>
          <w:p>
            <w:pPr>
              <w:spacing w:after="40"/>
              <w:rPr>
                <w:lang/>
                <w:rFonts w:ascii="맑은 고딕" w:eastAsia="맑은 고딕" w:hAnsi="맑은 고딕" w:cs="맑은 고딕"/>
                <w:rtl w:val="off"/>
              </w:rPr>
            </w:pPr>
          </w:p>
          <w:p>
            <w:pPr>
              <w:spacing w:after="40"/>
              <w:rPr>
                <w:rFonts w:ascii="맑은 고딕" w:eastAsia="맑은 고딕" w:hAnsi="맑은 고딕" w:cs="맑은 고딕" w:hint="default"/>
              </w:rPr>
            </w:pPr>
          </w:p>
          <w:p>
            <w:pPr>
              <w:spacing w:after="40"/>
              <w:rPr>
                <w:rFonts w:ascii="맑은 고딕" w:eastAsia="맑은 고딕" w:hAnsi="맑은 고딕" w:cs="맑은 고딕" w:hint="default"/>
              </w:rPr>
            </w:pPr>
            <w:r>
              <w:rPr>
                <w:rFonts w:ascii="맑은 고딕" w:eastAsia="맑은 고딕" w:hAnsi="맑은 고딕" w:cs="맑은 고딕"/>
                <w:b w:val="0"/>
                <w:color w:val="FFFFFF"/>
                <w:sz w:val="19"/>
              </w:rPr>
              <w:t xml:space="preserve"> </w:t>
            </w:r>
          </w:p>
        </w:tc>
      </w:tr>
    </w:tbl>
    <w:p>
      <w:pPr>
        <w:keepNext/>
        <w:spacing w:after="60" w:before="280"/>
        <w:rPr>
          <w:rFonts w:ascii="맑은 고딕" w:eastAsia="맑은 고딕" w:hAnsi="맑은 고딕" w:cs="맑은 고딕" w:hint="default"/>
        </w:rPr>
      </w:pPr>
      <w:r>
        <w:rPr>
          <w:lang w:eastAsia="ko-KR"/>
          <w:rFonts w:ascii="맑은 고딕" w:eastAsia="맑은 고딕" w:hAnsi="맑은 고딕" w:cs="맑은 고딕"/>
          <w:b/>
          <w:color w:val="1E2832"/>
          <w:sz w:val="30"/>
          <w:rtl w:val="off"/>
        </w:rPr>
        <w:t xml:space="preserve">4. </w:t>
      </w:r>
      <w:r>
        <w:rPr>
          <w:rFonts w:ascii="맑은 고딕" w:eastAsia="맑은 고딕" w:hAnsi="맑은 고딕" w:cs="맑은 고딕"/>
          <w:b/>
          <w:color w:val="1E2832"/>
          <w:sz w:val="30"/>
        </w:rPr>
        <w:t>주요 등장인물</w:t>
      </w:r>
      <w:r>
        <w:rPr>
          <w:lang w:eastAsia="ko-KR"/>
          <w:rFonts w:ascii="맑은 고딕" w:eastAsia="맑은 고딕" w:hAnsi="맑은 고딕" w:cs="맑은 고딕"/>
          <w:b/>
          <w:color w:val="1E2832"/>
          <w:sz w:val="30"/>
          <w:rtl w:val="off"/>
        </w:rPr>
        <w:t xml:space="preserve"> (선택)</w:t>
      </w:r>
    </w:p>
    <w:p>
      <w:pPr>
        <w:keepNext/>
        <w:spacing w:after="180"/>
        <w:rPr>
          <w:rFonts w:ascii="맑은 고딕" w:eastAsia="맑은 고딕" w:hAnsi="맑은 고딕" w:cs="맑은 고딕" w:hint="default"/>
        </w:rPr>
      </w:pPr>
      <w:r>
        <w:rPr>
          <w:rFonts w:ascii="맑은 고딕" w:eastAsia="맑은 고딕" w:hAnsi="맑은 고딕" w:cs="맑은 고딕"/>
          <w:b w:val="0"/>
          <w:color w:val="6F7A85"/>
          <w:sz w:val="18"/>
        </w:rPr>
        <w:t>작품의 전체 등장인물보다 주요 사건과 주인공의 서사에 직접 영향을 미치는 인물을 중심으로 작성해 주세요.</w:t>
      </w:r>
    </w:p>
    <w:p>
      <w:pPr>
        <w:keepNext/>
        <w:spacing w:after="100" w:before="160"/>
        <w:rPr>
          <w:rFonts w:ascii="맑은 고딕" w:eastAsia="맑은 고딕" w:hAnsi="맑은 고딕" w:cs="맑은 고딕" w:hint="default"/>
        </w:rPr>
      </w:pPr>
      <w:r>
        <w:rPr>
          <w:rFonts w:ascii="맑은 고딕" w:eastAsia="맑은 고딕" w:hAnsi="맑은 고딕" w:cs="맑은 고딕"/>
          <w:b/>
          <w:color w:val="1F4E79"/>
          <w:sz w:val="23"/>
        </w:rPr>
        <w:t>주인공</w:t>
      </w:r>
    </w:p>
    <w:tbl>
      <w:tblPr>
        <w:tblW w:w="0" w:type="auto"/>
        <w:tblLook w:val="04A0" w:firstRow="1" w:lastRow="0" w:firstColumn="1" w:lastColumn="0" w:noHBand="0" w:noVBand="1"/>
        <w:jc w:val="center"/>
        <w:tblLayout w:type="fixed"/>
      </w:tblPr>
      <w:tblGrid>
        <w:gridCol w:w="2232"/>
        <w:gridCol w:w="7488"/>
      </w:tblGrid>
      <w:tr>
        <w:tc>
          <w:tcPr>
            <w:tcW w:w="2232" w:type="dxa"/>
            <w:tcBorders>
              <w:top w:val="single" w:sz="5" w:space="0" w:color="D8E0E7"/>
              <w:left w:val="single" w:sz="5" w:space="0" w:color="D8E0E7"/>
              <w:bottom w:val="single" w:sz="5" w:space="0" w:color="D8E0E7"/>
              <w:right w:val="single" w:sz="5" w:space="0" w:color="D8E0E7"/>
            </w:tcBorders>
            <w:shd w:val="clear" w:color="auto" w:fill="EAF0F4"/>
            <w:tcMar>
              <w:top w:w="56" w:type="dxa"/>
              <w:bottom w:w="56" w:type="dxa"/>
            </w:tcMar>
            <w:vAlign w:val="center"/>
          </w:tcPr>
          <w:p>
            <w:pPr>
              <w:spacing w:after="0"/>
              <w:rPr>
                <w:rFonts w:ascii="맑은 고딕" w:eastAsia="맑은 고딕" w:hAnsi="맑은 고딕" w:cs="맑은 고딕" w:hint="default"/>
              </w:rPr>
            </w:pPr>
            <w:r>
              <w:rPr>
                <w:rFonts w:ascii="맑은 고딕" w:eastAsia="맑은 고딕" w:hAnsi="맑은 고딕" w:cs="맑은 고딕"/>
                <w:b/>
                <w:color w:val="2C3E4C"/>
                <w:sz w:val="19"/>
              </w:rPr>
              <w:t>이름 / 나이</w:t>
            </w:r>
          </w:p>
        </w:tc>
        <w:tc>
          <w:tcPr>
            <w:tcW w:w="7488" w:type="dxa"/>
            <w:tcBorders>
              <w:top w:val="single" w:sz="5" w:space="0" w:color="D8E0E7"/>
              <w:left w:val="single" w:sz="5" w:space="0" w:color="D8E0E7"/>
              <w:bottom w:val="single" w:sz="5" w:space="0" w:color="D8E0E7"/>
              <w:right w:val="single" w:sz="5" w:space="0" w:color="D8E0E7"/>
            </w:tcBorders>
            <w:shd w:val="clear" w:color="auto" w:fill="FFFFFF"/>
            <w:tcMar>
              <w:top w:w="56" w:type="dxa"/>
              <w:bottom w:w="56" w:type="dxa"/>
            </w:tcMar>
            <w:vAlign w:val="center"/>
          </w:tcPr>
          <w:p>
            <w:pPr>
              <w:spacing w:after="0"/>
              <w:rPr>
                <w:rFonts w:ascii="맑은 고딕" w:eastAsia="맑은 고딕" w:hAnsi="맑은 고딕" w:cs="맑은 고딕" w:hint="default"/>
                <w:sz w:val="20"/>
                <w:szCs w:val="20"/>
              </w:rPr>
            </w:pPr>
          </w:p>
        </w:tc>
      </w:tr>
      <w:tr>
        <w:tc>
          <w:tcPr>
            <w:tcW w:w="2232" w:type="dxa"/>
            <w:tcBorders>
              <w:top w:val="single" w:sz="5" w:space="0" w:color="D8E0E7"/>
              <w:left w:val="single" w:sz="5" w:space="0" w:color="D8E0E7"/>
              <w:bottom w:val="single" w:sz="5" w:space="0" w:color="D8E0E7"/>
              <w:right w:val="single" w:sz="5" w:space="0" w:color="D8E0E7"/>
            </w:tcBorders>
            <w:shd w:val="clear" w:color="auto" w:fill="EAF0F4"/>
            <w:tcMar>
              <w:top w:w="56" w:type="dxa"/>
              <w:bottom w:w="56" w:type="dxa"/>
            </w:tcMar>
            <w:vAlign w:val="center"/>
          </w:tcPr>
          <w:p>
            <w:pPr>
              <w:spacing w:after="0"/>
              <w:rPr>
                <w:rFonts w:ascii="맑은 고딕" w:eastAsia="맑은 고딕" w:hAnsi="맑은 고딕" w:cs="맑은 고딕" w:hint="default"/>
              </w:rPr>
            </w:pPr>
            <w:r>
              <w:rPr>
                <w:rFonts w:ascii="맑은 고딕" w:eastAsia="맑은 고딕" w:hAnsi="맑은 고딕" w:cs="맑은 고딕"/>
                <w:b/>
                <w:color w:val="2C3E4C"/>
                <w:sz w:val="19"/>
              </w:rPr>
              <w:t>신분·직업</w:t>
            </w:r>
          </w:p>
        </w:tc>
        <w:tc>
          <w:tcPr>
            <w:tcW w:w="7488" w:type="dxa"/>
            <w:tcBorders>
              <w:top w:val="single" w:sz="5" w:space="0" w:color="D8E0E7"/>
              <w:left w:val="single" w:sz="5" w:space="0" w:color="D8E0E7"/>
              <w:bottom w:val="single" w:sz="5" w:space="0" w:color="D8E0E7"/>
              <w:right w:val="single" w:sz="5" w:space="0" w:color="D8E0E7"/>
            </w:tcBorders>
            <w:shd w:val="clear" w:color="auto" w:fill="FFFFFF"/>
            <w:tcMar>
              <w:top w:w="56" w:type="dxa"/>
              <w:bottom w:w="56" w:type="dxa"/>
            </w:tcMar>
            <w:vAlign w:val="center"/>
          </w:tcPr>
          <w:p>
            <w:pPr>
              <w:spacing w:after="0"/>
              <w:rPr>
                <w:rFonts w:ascii="맑은 고딕" w:eastAsia="맑은 고딕" w:hAnsi="맑은 고딕" w:cs="맑은 고딕" w:hint="default"/>
                <w:sz w:val="20"/>
                <w:szCs w:val="20"/>
              </w:rPr>
            </w:pPr>
          </w:p>
        </w:tc>
      </w:tr>
      <w:tr>
        <w:tc>
          <w:tcPr>
            <w:tcW w:w="2232" w:type="dxa"/>
            <w:tcBorders>
              <w:top w:val="single" w:sz="5" w:space="0" w:color="D8E0E7"/>
              <w:left w:val="single" w:sz="5" w:space="0" w:color="D8E0E7"/>
              <w:bottom w:val="single" w:sz="5" w:space="0" w:color="D8E0E7"/>
              <w:right w:val="single" w:sz="5" w:space="0" w:color="D8E0E7"/>
            </w:tcBorders>
            <w:shd w:val="clear" w:color="auto" w:fill="EAF0F4"/>
            <w:tcMar>
              <w:top w:w="56" w:type="dxa"/>
              <w:bottom w:w="56" w:type="dxa"/>
            </w:tcMar>
            <w:vAlign w:val="center"/>
          </w:tcPr>
          <w:p>
            <w:pPr>
              <w:spacing w:after="0"/>
              <w:rPr>
                <w:rFonts w:ascii="맑은 고딕" w:eastAsia="맑은 고딕" w:hAnsi="맑은 고딕" w:cs="맑은 고딕" w:hint="default"/>
              </w:rPr>
            </w:pPr>
            <w:r>
              <w:rPr>
                <w:rFonts w:ascii="맑은 고딕" w:eastAsia="맑은 고딕" w:hAnsi="맑은 고딕" w:cs="맑은 고딕"/>
                <w:b/>
                <w:color w:val="2C3E4C"/>
                <w:sz w:val="19"/>
              </w:rPr>
              <w:t>성격 및 특징</w:t>
            </w:r>
          </w:p>
        </w:tc>
        <w:tc>
          <w:tcPr>
            <w:tcW w:w="7488" w:type="dxa"/>
            <w:tcBorders>
              <w:top w:val="single" w:sz="5" w:space="0" w:color="D8E0E7"/>
              <w:left w:val="single" w:sz="5" w:space="0" w:color="D8E0E7"/>
              <w:bottom w:val="single" w:sz="5" w:space="0" w:color="D8E0E7"/>
              <w:right w:val="single" w:sz="5" w:space="0" w:color="D8E0E7"/>
            </w:tcBorders>
            <w:shd w:val="clear" w:color="auto" w:fill="FFFFFF"/>
            <w:tcMar>
              <w:top w:w="56" w:type="dxa"/>
              <w:bottom w:w="56" w:type="dxa"/>
            </w:tcMar>
            <w:vAlign w:val="center"/>
          </w:tcPr>
          <w:p>
            <w:pPr>
              <w:spacing w:after="0"/>
              <w:rPr>
                <w:rFonts w:ascii="맑은 고딕" w:eastAsia="맑은 고딕" w:hAnsi="맑은 고딕" w:cs="맑은 고딕" w:hint="default"/>
                <w:sz w:val="20"/>
                <w:szCs w:val="20"/>
              </w:rPr>
            </w:pPr>
          </w:p>
        </w:tc>
      </w:tr>
      <w:tr>
        <w:tc>
          <w:tcPr>
            <w:tcW w:w="2232" w:type="dxa"/>
            <w:tcBorders>
              <w:top w:val="single" w:sz="5" w:space="0" w:color="D8E0E7"/>
              <w:left w:val="single" w:sz="5" w:space="0" w:color="D8E0E7"/>
              <w:bottom w:val="single" w:sz="5" w:space="0" w:color="D8E0E7"/>
              <w:right w:val="single" w:sz="5" w:space="0" w:color="D8E0E7"/>
            </w:tcBorders>
            <w:shd w:val="clear" w:color="auto" w:fill="EAF0F4"/>
            <w:tcMar>
              <w:top w:w="56" w:type="dxa"/>
              <w:bottom w:w="56" w:type="dxa"/>
            </w:tcMar>
            <w:vAlign w:val="center"/>
          </w:tcPr>
          <w:p>
            <w:pPr>
              <w:spacing w:after="0"/>
              <w:rPr>
                <w:rFonts w:ascii="맑은 고딕" w:eastAsia="맑은 고딕" w:hAnsi="맑은 고딕" w:cs="맑은 고딕" w:hint="default"/>
              </w:rPr>
            </w:pPr>
            <w:r>
              <w:rPr>
                <w:rFonts w:ascii="맑은 고딕" w:eastAsia="맑은 고딕" w:hAnsi="맑은 고딕" w:cs="맑은 고딕"/>
                <w:b/>
                <w:color w:val="2C3E4C"/>
                <w:sz w:val="19"/>
              </w:rPr>
              <w:t>목표</w:t>
            </w:r>
          </w:p>
        </w:tc>
        <w:tc>
          <w:tcPr>
            <w:tcW w:w="7488" w:type="dxa"/>
            <w:tcBorders>
              <w:top w:val="single" w:sz="5" w:space="0" w:color="D8E0E7"/>
              <w:left w:val="single" w:sz="5" w:space="0" w:color="D8E0E7"/>
              <w:bottom w:val="single" w:sz="5" w:space="0" w:color="D8E0E7"/>
              <w:right w:val="single" w:sz="5" w:space="0" w:color="D8E0E7"/>
            </w:tcBorders>
            <w:shd w:val="clear" w:color="auto" w:fill="FFFFFF"/>
            <w:tcMar>
              <w:top w:w="56" w:type="dxa"/>
              <w:bottom w:w="56" w:type="dxa"/>
            </w:tcMar>
            <w:vAlign w:val="center"/>
          </w:tcPr>
          <w:p>
            <w:pPr>
              <w:spacing w:after="0"/>
              <w:rPr>
                <w:rFonts w:ascii="맑은 고딕" w:eastAsia="맑은 고딕" w:hAnsi="맑은 고딕" w:cs="맑은 고딕" w:hint="default"/>
                <w:sz w:val="20"/>
                <w:szCs w:val="20"/>
              </w:rPr>
            </w:pPr>
          </w:p>
        </w:tc>
      </w:tr>
      <w:tr>
        <w:tc>
          <w:tcPr>
            <w:tcW w:w="2232" w:type="dxa"/>
            <w:tcBorders>
              <w:top w:val="single" w:sz="5" w:space="0" w:color="D8E0E7"/>
              <w:left w:val="single" w:sz="5" w:space="0" w:color="D8E0E7"/>
              <w:bottom w:val="single" w:sz="5" w:space="0" w:color="D8E0E7"/>
              <w:right w:val="single" w:sz="5" w:space="0" w:color="D8E0E7"/>
            </w:tcBorders>
            <w:shd w:val="clear" w:color="auto" w:fill="EAF0F4"/>
            <w:tcMar>
              <w:top w:w="56" w:type="dxa"/>
              <w:bottom w:w="56" w:type="dxa"/>
            </w:tcMar>
            <w:vAlign w:val="center"/>
          </w:tcPr>
          <w:p>
            <w:pPr>
              <w:spacing w:after="0"/>
              <w:rPr>
                <w:rFonts w:ascii="맑은 고딕" w:eastAsia="맑은 고딕" w:hAnsi="맑은 고딕" w:cs="맑은 고딕" w:hint="default"/>
              </w:rPr>
            </w:pPr>
            <w:r>
              <w:rPr>
                <w:rFonts w:ascii="맑은 고딕" w:eastAsia="맑은 고딕" w:hAnsi="맑은 고딕" w:cs="맑은 고딕"/>
                <w:b/>
                <w:color w:val="2C3E4C"/>
                <w:sz w:val="19"/>
              </w:rPr>
              <w:t>주요 서사</w:t>
            </w:r>
          </w:p>
        </w:tc>
        <w:tc>
          <w:tcPr>
            <w:tcW w:w="7488" w:type="dxa"/>
            <w:tcBorders>
              <w:top w:val="single" w:sz="5" w:space="0" w:color="D8E0E7"/>
              <w:left w:val="single" w:sz="5" w:space="0" w:color="D8E0E7"/>
              <w:bottom w:val="single" w:sz="5" w:space="0" w:color="D8E0E7"/>
              <w:right w:val="single" w:sz="5" w:space="0" w:color="D8E0E7"/>
            </w:tcBorders>
            <w:shd w:val="clear" w:color="auto" w:fill="FFFFFF"/>
            <w:tcMar>
              <w:top w:w="56" w:type="dxa"/>
              <w:bottom w:w="56" w:type="dxa"/>
            </w:tcMar>
            <w:vAlign w:val="center"/>
          </w:tcPr>
          <w:p>
            <w:pPr>
              <w:spacing w:after="0"/>
              <w:rPr>
                <w:rFonts w:ascii="맑은 고딕" w:eastAsia="맑은 고딕" w:hAnsi="맑은 고딕" w:cs="맑은 고딕" w:hint="default"/>
                <w:sz w:val="20"/>
                <w:szCs w:val="20"/>
              </w:rPr>
            </w:pPr>
          </w:p>
        </w:tc>
      </w:tr>
    </w:tbl>
    <w:p>
      <w:pPr>
        <w:spacing w:after="20"/>
        <w:rPr>
          <w:rFonts w:ascii="맑은 고딕" w:eastAsia="맑은 고딕" w:hAnsi="맑은 고딕" w:cs="맑은 고딕" w:hint="default"/>
          <w:sz w:val="10"/>
          <w:szCs w:val="10"/>
        </w:rPr>
      </w:pPr>
    </w:p>
    <w:p>
      <w:pPr>
        <w:keepNext/>
        <w:spacing w:after="100" w:before="160"/>
        <w:rPr>
          <w:rFonts w:ascii="맑은 고딕" w:eastAsia="맑은 고딕" w:hAnsi="맑은 고딕" w:cs="맑은 고딕" w:hint="default"/>
        </w:rPr>
      </w:pPr>
      <w:r>
        <w:rPr>
          <w:rFonts w:ascii="맑은 고딕" w:eastAsia="맑은 고딕" w:hAnsi="맑은 고딕" w:cs="맑은 고딕"/>
          <w:b/>
          <w:color w:val="1F4E79"/>
          <w:sz w:val="23"/>
        </w:rPr>
        <w:t>주요 상대역</w:t>
      </w:r>
    </w:p>
    <w:tbl>
      <w:tblPr>
        <w:tblW w:w="0" w:type="auto"/>
        <w:tblLook w:val="04A0" w:firstRow="1" w:lastRow="0" w:firstColumn="1" w:lastColumn="0" w:noHBand="0" w:noVBand="1"/>
        <w:jc w:val="center"/>
        <w:tblLayout w:type="fixed"/>
      </w:tblPr>
      <w:tblGrid>
        <w:gridCol w:w="2232"/>
        <w:gridCol w:w="7488"/>
      </w:tblGrid>
      <w:tr>
        <w:tc>
          <w:tcPr>
            <w:tcW w:w="2232" w:type="dxa"/>
            <w:tcBorders>
              <w:top w:val="single" w:sz="5" w:space="0" w:color="D8E0E7"/>
              <w:left w:val="single" w:sz="5" w:space="0" w:color="D8E0E7"/>
              <w:bottom w:val="single" w:sz="5" w:space="0" w:color="D8E0E7"/>
              <w:right w:val="single" w:sz="5" w:space="0" w:color="D8E0E7"/>
            </w:tcBorders>
            <w:shd w:val="clear" w:color="auto" w:fill="EAF0F4"/>
            <w:tcMar>
              <w:top w:w="56" w:type="dxa"/>
              <w:bottom w:w="56" w:type="dxa"/>
            </w:tcMar>
            <w:vAlign w:val="center"/>
          </w:tcPr>
          <w:p>
            <w:pPr>
              <w:spacing w:after="0"/>
              <w:rPr>
                <w:rFonts w:ascii="맑은 고딕" w:eastAsia="맑은 고딕" w:hAnsi="맑은 고딕" w:cs="맑은 고딕" w:hint="default"/>
              </w:rPr>
            </w:pPr>
            <w:r>
              <w:rPr>
                <w:rFonts w:ascii="맑은 고딕" w:eastAsia="맑은 고딕" w:hAnsi="맑은 고딕" w:cs="맑은 고딕"/>
                <w:b/>
                <w:color w:val="2C3E4C"/>
                <w:sz w:val="19"/>
              </w:rPr>
              <w:t>이름 / 나이</w:t>
            </w:r>
          </w:p>
        </w:tc>
        <w:tc>
          <w:tcPr>
            <w:tcW w:w="7488" w:type="dxa"/>
            <w:tcBorders>
              <w:top w:val="single" w:sz="5" w:space="0" w:color="D8E0E7"/>
              <w:left w:val="single" w:sz="5" w:space="0" w:color="D8E0E7"/>
              <w:bottom w:val="single" w:sz="5" w:space="0" w:color="D8E0E7"/>
              <w:right w:val="single" w:sz="5" w:space="0" w:color="D8E0E7"/>
            </w:tcBorders>
            <w:shd w:val="clear" w:color="auto" w:fill="FFFFFF"/>
            <w:tcMar>
              <w:top w:w="56" w:type="dxa"/>
              <w:bottom w:w="56" w:type="dxa"/>
            </w:tcMar>
            <w:vAlign w:val="center"/>
          </w:tcPr>
          <w:p>
            <w:pPr>
              <w:spacing w:after="0"/>
              <w:rPr>
                <w:rFonts w:ascii="맑은 고딕" w:eastAsia="맑은 고딕" w:hAnsi="맑은 고딕" w:cs="맑은 고딕" w:hint="default"/>
                <w:sz w:val="20"/>
                <w:szCs w:val="20"/>
              </w:rPr>
            </w:pPr>
          </w:p>
        </w:tc>
      </w:tr>
      <w:tr>
        <w:tc>
          <w:tcPr>
            <w:tcW w:w="2232" w:type="dxa"/>
            <w:tcBorders>
              <w:top w:val="single" w:sz="5" w:space="0" w:color="D8E0E7"/>
              <w:left w:val="single" w:sz="5" w:space="0" w:color="D8E0E7"/>
              <w:bottom w:val="single" w:sz="5" w:space="0" w:color="D8E0E7"/>
              <w:right w:val="single" w:sz="5" w:space="0" w:color="D8E0E7"/>
            </w:tcBorders>
            <w:shd w:val="clear" w:color="auto" w:fill="EAF0F4"/>
            <w:tcMar>
              <w:top w:w="56" w:type="dxa"/>
              <w:bottom w:w="56" w:type="dxa"/>
            </w:tcMar>
            <w:vAlign w:val="center"/>
          </w:tcPr>
          <w:p>
            <w:pPr>
              <w:spacing w:after="0"/>
              <w:rPr>
                <w:rFonts w:ascii="맑은 고딕" w:eastAsia="맑은 고딕" w:hAnsi="맑은 고딕" w:cs="맑은 고딕" w:hint="default"/>
              </w:rPr>
            </w:pPr>
            <w:r>
              <w:rPr>
                <w:rFonts w:ascii="맑은 고딕" w:eastAsia="맑은 고딕" w:hAnsi="맑은 고딕" w:cs="맑은 고딕"/>
                <w:b/>
                <w:color w:val="2C3E4C"/>
                <w:sz w:val="19"/>
              </w:rPr>
              <w:t>신분·직업</w:t>
            </w:r>
          </w:p>
        </w:tc>
        <w:tc>
          <w:tcPr>
            <w:tcW w:w="7488" w:type="dxa"/>
            <w:tcBorders>
              <w:top w:val="single" w:sz="5" w:space="0" w:color="D8E0E7"/>
              <w:left w:val="single" w:sz="5" w:space="0" w:color="D8E0E7"/>
              <w:bottom w:val="single" w:sz="5" w:space="0" w:color="D8E0E7"/>
              <w:right w:val="single" w:sz="5" w:space="0" w:color="D8E0E7"/>
            </w:tcBorders>
            <w:shd w:val="clear" w:color="auto" w:fill="FFFFFF"/>
            <w:tcMar>
              <w:top w:w="56" w:type="dxa"/>
              <w:bottom w:w="56" w:type="dxa"/>
            </w:tcMar>
            <w:vAlign w:val="center"/>
          </w:tcPr>
          <w:p>
            <w:pPr>
              <w:spacing w:after="0"/>
              <w:rPr>
                <w:rFonts w:ascii="맑은 고딕" w:eastAsia="맑은 고딕" w:hAnsi="맑은 고딕" w:cs="맑은 고딕" w:hint="default"/>
                <w:sz w:val="20"/>
                <w:szCs w:val="20"/>
              </w:rPr>
            </w:pPr>
          </w:p>
        </w:tc>
      </w:tr>
      <w:tr>
        <w:tc>
          <w:tcPr>
            <w:tcW w:w="2232" w:type="dxa"/>
            <w:tcBorders>
              <w:top w:val="single" w:sz="5" w:space="0" w:color="D8E0E7"/>
              <w:left w:val="single" w:sz="5" w:space="0" w:color="D8E0E7"/>
              <w:bottom w:val="single" w:sz="5" w:space="0" w:color="D8E0E7"/>
              <w:right w:val="single" w:sz="5" w:space="0" w:color="D8E0E7"/>
            </w:tcBorders>
            <w:shd w:val="clear" w:color="auto" w:fill="EAF0F4"/>
            <w:tcMar>
              <w:top w:w="56" w:type="dxa"/>
              <w:bottom w:w="56" w:type="dxa"/>
            </w:tcMar>
            <w:vAlign w:val="center"/>
          </w:tcPr>
          <w:p>
            <w:pPr>
              <w:spacing w:after="0"/>
              <w:rPr>
                <w:rFonts w:ascii="맑은 고딕" w:eastAsia="맑은 고딕" w:hAnsi="맑은 고딕" w:cs="맑은 고딕" w:hint="default"/>
              </w:rPr>
            </w:pPr>
            <w:r>
              <w:rPr>
                <w:rFonts w:ascii="맑은 고딕" w:eastAsia="맑은 고딕" w:hAnsi="맑은 고딕" w:cs="맑은 고딕"/>
                <w:b/>
                <w:color w:val="2C3E4C"/>
                <w:sz w:val="19"/>
              </w:rPr>
              <w:t>성격 및 특징</w:t>
            </w:r>
          </w:p>
        </w:tc>
        <w:tc>
          <w:tcPr>
            <w:tcW w:w="7488" w:type="dxa"/>
            <w:tcBorders>
              <w:top w:val="single" w:sz="5" w:space="0" w:color="D8E0E7"/>
              <w:left w:val="single" w:sz="5" w:space="0" w:color="D8E0E7"/>
              <w:bottom w:val="single" w:sz="5" w:space="0" w:color="D8E0E7"/>
              <w:right w:val="single" w:sz="5" w:space="0" w:color="D8E0E7"/>
            </w:tcBorders>
            <w:shd w:val="clear" w:color="auto" w:fill="FFFFFF"/>
            <w:tcMar>
              <w:top w:w="56" w:type="dxa"/>
              <w:bottom w:w="56" w:type="dxa"/>
            </w:tcMar>
            <w:vAlign w:val="center"/>
          </w:tcPr>
          <w:p>
            <w:pPr>
              <w:spacing w:after="0"/>
              <w:rPr>
                <w:rFonts w:ascii="맑은 고딕" w:eastAsia="맑은 고딕" w:hAnsi="맑은 고딕" w:cs="맑은 고딕" w:hint="default"/>
                <w:sz w:val="20"/>
                <w:szCs w:val="20"/>
              </w:rPr>
            </w:pPr>
          </w:p>
        </w:tc>
      </w:tr>
      <w:tr>
        <w:tc>
          <w:tcPr>
            <w:tcW w:w="2232" w:type="dxa"/>
            <w:tcBorders>
              <w:top w:val="single" w:sz="5" w:space="0" w:color="D8E0E7"/>
              <w:left w:val="single" w:sz="5" w:space="0" w:color="D8E0E7"/>
              <w:bottom w:val="single" w:sz="5" w:space="0" w:color="D8E0E7"/>
              <w:right w:val="single" w:sz="5" w:space="0" w:color="D8E0E7"/>
            </w:tcBorders>
            <w:shd w:val="clear" w:color="auto" w:fill="EAF0F4"/>
            <w:tcMar>
              <w:top w:w="56" w:type="dxa"/>
              <w:bottom w:w="56" w:type="dxa"/>
            </w:tcMar>
            <w:vAlign w:val="center"/>
          </w:tcPr>
          <w:p>
            <w:pPr>
              <w:spacing w:after="0"/>
              <w:rPr>
                <w:rFonts w:ascii="맑은 고딕" w:eastAsia="맑은 고딕" w:hAnsi="맑은 고딕" w:cs="맑은 고딕" w:hint="default"/>
              </w:rPr>
            </w:pPr>
            <w:r>
              <w:rPr>
                <w:rFonts w:ascii="맑은 고딕" w:eastAsia="맑은 고딕" w:hAnsi="맑은 고딕" w:cs="맑은 고딕"/>
                <w:b/>
                <w:color w:val="2C3E4C"/>
                <w:sz w:val="19"/>
              </w:rPr>
              <w:t>주인공과의 관계</w:t>
            </w:r>
          </w:p>
        </w:tc>
        <w:tc>
          <w:tcPr>
            <w:tcW w:w="7488" w:type="dxa"/>
            <w:tcBorders>
              <w:top w:val="single" w:sz="5" w:space="0" w:color="D8E0E7"/>
              <w:left w:val="single" w:sz="5" w:space="0" w:color="D8E0E7"/>
              <w:bottom w:val="single" w:sz="5" w:space="0" w:color="D8E0E7"/>
              <w:right w:val="single" w:sz="5" w:space="0" w:color="D8E0E7"/>
            </w:tcBorders>
            <w:shd w:val="clear" w:color="auto" w:fill="FFFFFF"/>
            <w:tcMar>
              <w:top w:w="56" w:type="dxa"/>
              <w:bottom w:w="56" w:type="dxa"/>
            </w:tcMar>
            <w:vAlign w:val="center"/>
          </w:tcPr>
          <w:p>
            <w:pPr>
              <w:spacing w:after="0"/>
              <w:rPr>
                <w:rFonts w:ascii="맑은 고딕" w:eastAsia="맑은 고딕" w:hAnsi="맑은 고딕" w:cs="맑은 고딕" w:hint="default"/>
                <w:sz w:val="20"/>
                <w:szCs w:val="20"/>
              </w:rPr>
            </w:pPr>
          </w:p>
        </w:tc>
      </w:tr>
      <w:tr>
        <w:tc>
          <w:tcPr>
            <w:tcW w:w="2232" w:type="dxa"/>
            <w:tcBorders>
              <w:top w:val="single" w:sz="5" w:space="0" w:color="D8E0E7"/>
              <w:left w:val="single" w:sz="5" w:space="0" w:color="D8E0E7"/>
              <w:bottom w:val="single" w:sz="5" w:space="0" w:color="D8E0E7"/>
              <w:right w:val="single" w:sz="5" w:space="0" w:color="D8E0E7"/>
            </w:tcBorders>
            <w:shd w:val="clear" w:color="auto" w:fill="EAF0F4"/>
            <w:tcMar>
              <w:top w:w="56" w:type="dxa"/>
              <w:bottom w:w="56" w:type="dxa"/>
            </w:tcMar>
            <w:vAlign w:val="center"/>
          </w:tcPr>
          <w:p>
            <w:pPr>
              <w:spacing w:after="0"/>
              <w:rPr>
                <w:rFonts w:ascii="맑은 고딕" w:eastAsia="맑은 고딕" w:hAnsi="맑은 고딕" w:cs="맑은 고딕" w:hint="default"/>
              </w:rPr>
            </w:pPr>
            <w:r>
              <w:rPr>
                <w:rFonts w:ascii="맑은 고딕" w:eastAsia="맑은 고딕" w:hAnsi="맑은 고딕" w:cs="맑은 고딕"/>
                <w:b/>
                <w:color w:val="2C3E4C"/>
                <w:sz w:val="19"/>
              </w:rPr>
              <w:t>주요 서사</w:t>
            </w:r>
          </w:p>
        </w:tc>
        <w:tc>
          <w:tcPr>
            <w:tcW w:w="7488" w:type="dxa"/>
            <w:tcBorders>
              <w:top w:val="single" w:sz="5" w:space="0" w:color="D8E0E7"/>
              <w:left w:val="single" w:sz="5" w:space="0" w:color="D8E0E7"/>
              <w:bottom w:val="single" w:sz="5" w:space="0" w:color="D8E0E7"/>
              <w:right w:val="single" w:sz="5" w:space="0" w:color="D8E0E7"/>
            </w:tcBorders>
            <w:shd w:val="clear" w:color="auto" w:fill="FFFFFF"/>
            <w:tcMar>
              <w:top w:w="56" w:type="dxa"/>
              <w:bottom w:w="56" w:type="dxa"/>
            </w:tcMar>
            <w:vAlign w:val="center"/>
          </w:tcPr>
          <w:p>
            <w:pPr>
              <w:spacing w:after="0"/>
              <w:rPr>
                <w:rFonts w:ascii="맑은 고딕" w:eastAsia="맑은 고딕" w:hAnsi="맑은 고딕" w:cs="맑은 고딕" w:hint="default"/>
                <w:sz w:val="20"/>
                <w:szCs w:val="20"/>
              </w:rPr>
            </w:pPr>
          </w:p>
        </w:tc>
      </w:tr>
    </w:tbl>
    <w:p>
      <w:pPr>
        <w:spacing w:after="20"/>
        <w:rPr>
          <w:rFonts w:ascii="맑은 고딕" w:eastAsia="맑은 고딕" w:hAnsi="맑은 고딕" w:cs="맑은 고딕" w:hint="default"/>
          <w:sz w:val="16"/>
          <w:szCs w:val="16"/>
        </w:rPr>
      </w:pPr>
    </w:p>
    <w:p>
      <w:pPr>
        <w:keepNext/>
        <w:spacing w:after="100" w:before="160"/>
        <w:rPr>
          <w:rFonts w:ascii="맑은 고딕" w:eastAsia="맑은 고딕" w:hAnsi="맑은 고딕" w:cs="맑은 고딕" w:hint="default"/>
        </w:rPr>
      </w:pPr>
      <w:r>
        <w:rPr>
          <w:rFonts w:ascii="맑은 고딕" w:eastAsia="맑은 고딕" w:hAnsi="맑은 고딕" w:cs="맑은 고딕"/>
          <w:b/>
          <w:color w:val="1F4E79"/>
          <w:sz w:val="23"/>
        </w:rPr>
        <w:t>주요 등장인물</w:t>
      </w:r>
    </w:p>
    <w:tbl>
      <w:tblPr>
        <w:tblW w:w="0" w:type="auto"/>
        <w:tblLook w:val="04A0" w:firstRow="1" w:lastRow="0" w:firstColumn="1" w:lastColumn="0" w:noHBand="0" w:noVBand="1"/>
        <w:jc w:val="center"/>
        <w:tblLayout w:type="fixed"/>
      </w:tblPr>
      <w:tblGrid>
        <w:gridCol w:w="2232"/>
        <w:gridCol w:w="7488"/>
      </w:tblGrid>
      <w:tr>
        <w:tc>
          <w:tcPr>
            <w:tcW w:w="2232" w:type="dxa"/>
            <w:tcBorders>
              <w:top w:val="single" w:sz="5" w:space="0" w:color="D8E0E7"/>
              <w:left w:val="single" w:sz="5" w:space="0" w:color="D8E0E7"/>
              <w:bottom w:val="single" w:sz="5" w:space="0" w:color="D8E0E7"/>
              <w:right w:val="single" w:sz="5" w:space="0" w:color="D8E0E7"/>
            </w:tcBorders>
            <w:shd w:val="clear" w:color="auto" w:fill="EAF0F4"/>
            <w:tcMar>
              <w:top w:w="56" w:type="dxa"/>
              <w:bottom w:w="56" w:type="dxa"/>
            </w:tcMar>
            <w:vAlign w:val="center"/>
          </w:tcPr>
          <w:p>
            <w:pPr>
              <w:spacing w:after="0"/>
              <w:rPr>
                <w:rFonts w:ascii="맑은 고딕" w:eastAsia="맑은 고딕" w:hAnsi="맑은 고딕" w:cs="맑은 고딕" w:hint="default"/>
              </w:rPr>
            </w:pPr>
            <w:r>
              <w:rPr>
                <w:rFonts w:ascii="맑은 고딕" w:eastAsia="맑은 고딕" w:hAnsi="맑은 고딕" w:cs="맑은 고딕"/>
                <w:b/>
                <w:color w:val="2C3E4C"/>
                <w:sz w:val="19"/>
              </w:rPr>
              <w:t>이름</w:t>
            </w:r>
          </w:p>
        </w:tc>
        <w:tc>
          <w:tcPr>
            <w:tcW w:w="7488" w:type="dxa"/>
            <w:tcBorders>
              <w:top w:val="single" w:sz="5" w:space="0" w:color="D8E0E7"/>
              <w:left w:val="single" w:sz="5" w:space="0" w:color="D8E0E7"/>
              <w:bottom w:val="single" w:sz="5" w:space="0" w:color="D8E0E7"/>
              <w:right w:val="single" w:sz="5" w:space="0" w:color="D8E0E7"/>
            </w:tcBorders>
            <w:shd w:val="clear" w:color="auto" w:fill="FFFFFF"/>
            <w:tcMar>
              <w:top w:w="56" w:type="dxa"/>
              <w:bottom w:w="56" w:type="dxa"/>
            </w:tcMar>
            <w:vAlign w:val="center"/>
          </w:tcPr>
          <w:p>
            <w:pPr>
              <w:spacing w:after="0"/>
              <w:rPr>
                <w:rFonts w:ascii="맑은 고딕" w:eastAsia="맑은 고딕" w:hAnsi="맑은 고딕" w:cs="맑은 고딕" w:hint="default"/>
                <w:sz w:val="20"/>
                <w:szCs w:val="20"/>
              </w:rPr>
            </w:pPr>
          </w:p>
        </w:tc>
      </w:tr>
      <w:tr>
        <w:tc>
          <w:tcPr>
            <w:tcW w:w="2232" w:type="dxa"/>
            <w:tcBorders>
              <w:top w:val="single" w:sz="5" w:space="0" w:color="D8E0E7"/>
              <w:left w:val="single" w:sz="5" w:space="0" w:color="D8E0E7"/>
              <w:bottom w:val="single" w:sz="5" w:space="0" w:color="D8E0E7"/>
              <w:right w:val="single" w:sz="5" w:space="0" w:color="D8E0E7"/>
            </w:tcBorders>
            <w:shd w:val="clear" w:color="auto" w:fill="EAF0F4"/>
            <w:tcMar>
              <w:top w:w="56" w:type="dxa"/>
              <w:bottom w:w="56" w:type="dxa"/>
            </w:tcMar>
            <w:vAlign w:val="center"/>
          </w:tcPr>
          <w:p>
            <w:pPr>
              <w:spacing w:after="0"/>
              <w:rPr>
                <w:rFonts w:ascii="맑은 고딕" w:eastAsia="맑은 고딕" w:hAnsi="맑은 고딕" w:cs="맑은 고딕" w:hint="default"/>
              </w:rPr>
            </w:pPr>
            <w:r>
              <w:rPr>
                <w:rFonts w:ascii="맑은 고딕" w:eastAsia="맑은 고딕" w:hAnsi="맑은 고딕" w:cs="맑은 고딕"/>
                <w:b/>
                <w:color w:val="2C3E4C"/>
                <w:sz w:val="19"/>
              </w:rPr>
              <w:t>역할</w:t>
            </w:r>
          </w:p>
        </w:tc>
        <w:tc>
          <w:tcPr>
            <w:tcW w:w="7488" w:type="dxa"/>
            <w:tcBorders>
              <w:top w:val="single" w:sz="5" w:space="0" w:color="D8E0E7"/>
              <w:left w:val="single" w:sz="5" w:space="0" w:color="D8E0E7"/>
              <w:bottom w:val="single" w:sz="5" w:space="0" w:color="D8E0E7"/>
              <w:right w:val="single" w:sz="5" w:space="0" w:color="D8E0E7"/>
            </w:tcBorders>
            <w:shd w:val="clear" w:color="auto" w:fill="FFFFFF"/>
            <w:tcMar>
              <w:top w:w="56" w:type="dxa"/>
              <w:bottom w:w="56" w:type="dxa"/>
            </w:tcMar>
            <w:vAlign w:val="center"/>
          </w:tcPr>
          <w:p>
            <w:pPr>
              <w:spacing w:after="0"/>
              <w:rPr>
                <w:rFonts w:ascii="맑은 고딕" w:eastAsia="맑은 고딕" w:hAnsi="맑은 고딕" w:cs="맑은 고딕" w:hint="default"/>
                <w:sz w:val="20"/>
                <w:szCs w:val="20"/>
              </w:rPr>
            </w:pPr>
          </w:p>
        </w:tc>
      </w:tr>
      <w:tr>
        <w:tc>
          <w:tcPr>
            <w:tcW w:w="2232" w:type="dxa"/>
            <w:tcBorders>
              <w:top w:val="single" w:sz="5" w:space="0" w:color="D8E0E7"/>
              <w:left w:val="single" w:sz="5" w:space="0" w:color="D8E0E7"/>
              <w:bottom w:val="single" w:sz="5" w:space="0" w:color="D8E0E7"/>
              <w:right w:val="single" w:sz="5" w:space="0" w:color="D8E0E7"/>
            </w:tcBorders>
            <w:shd w:val="clear" w:color="auto" w:fill="EAF0F4"/>
            <w:tcMar>
              <w:top w:w="56" w:type="dxa"/>
              <w:bottom w:w="56" w:type="dxa"/>
            </w:tcMar>
            <w:vAlign w:val="center"/>
          </w:tcPr>
          <w:p>
            <w:pPr>
              <w:spacing w:after="0"/>
              <w:rPr>
                <w:rFonts w:ascii="맑은 고딕" w:eastAsia="맑은 고딕" w:hAnsi="맑은 고딕" w:cs="맑은 고딕" w:hint="default"/>
              </w:rPr>
            </w:pPr>
            <w:r>
              <w:rPr>
                <w:rFonts w:ascii="맑은 고딕" w:eastAsia="맑은 고딕" w:hAnsi="맑은 고딕" w:cs="맑은 고딕"/>
                <w:b/>
                <w:color w:val="2C3E4C"/>
                <w:sz w:val="19"/>
              </w:rPr>
              <w:t>주인공과의 관계</w:t>
            </w:r>
          </w:p>
        </w:tc>
        <w:tc>
          <w:tcPr>
            <w:tcW w:w="7488" w:type="dxa"/>
            <w:tcBorders>
              <w:top w:val="single" w:sz="5" w:space="0" w:color="D8E0E7"/>
              <w:left w:val="single" w:sz="5" w:space="0" w:color="D8E0E7"/>
              <w:bottom w:val="single" w:sz="5" w:space="0" w:color="D8E0E7"/>
              <w:right w:val="single" w:sz="5" w:space="0" w:color="D8E0E7"/>
            </w:tcBorders>
            <w:shd w:val="clear" w:color="auto" w:fill="FFFFFF"/>
            <w:tcMar>
              <w:top w:w="56" w:type="dxa"/>
              <w:bottom w:w="56" w:type="dxa"/>
            </w:tcMar>
            <w:vAlign w:val="center"/>
          </w:tcPr>
          <w:p>
            <w:pPr>
              <w:spacing w:after="0"/>
              <w:rPr>
                <w:rFonts w:ascii="맑은 고딕" w:eastAsia="맑은 고딕" w:hAnsi="맑은 고딕" w:cs="맑은 고딕" w:hint="default"/>
                <w:sz w:val="20"/>
                <w:szCs w:val="20"/>
              </w:rPr>
            </w:pPr>
          </w:p>
        </w:tc>
      </w:tr>
      <w:tr>
        <w:tc>
          <w:tcPr>
            <w:tcW w:w="2232" w:type="dxa"/>
            <w:tcBorders>
              <w:top w:val="single" w:sz="5" w:space="0" w:color="D8E0E7"/>
              <w:left w:val="single" w:sz="5" w:space="0" w:color="D8E0E7"/>
              <w:bottom w:val="single" w:sz="5" w:space="0" w:color="D8E0E7"/>
              <w:right w:val="single" w:sz="5" w:space="0" w:color="D8E0E7"/>
            </w:tcBorders>
            <w:shd w:val="clear" w:color="auto" w:fill="EAF0F4"/>
            <w:tcMar>
              <w:top w:w="56" w:type="dxa"/>
              <w:bottom w:w="56" w:type="dxa"/>
            </w:tcMar>
            <w:vAlign w:val="center"/>
          </w:tcPr>
          <w:p>
            <w:pPr>
              <w:spacing w:after="0"/>
              <w:rPr>
                <w:rFonts w:ascii="맑은 고딕" w:eastAsia="맑은 고딕" w:hAnsi="맑은 고딕" w:cs="맑은 고딕" w:hint="default"/>
              </w:rPr>
            </w:pPr>
            <w:r>
              <w:rPr>
                <w:rFonts w:ascii="맑은 고딕" w:eastAsia="맑은 고딕" w:hAnsi="맑은 고딕" w:cs="맑은 고딕"/>
                <w:b/>
                <w:color w:val="2C3E4C"/>
                <w:sz w:val="19"/>
              </w:rPr>
              <w:t>주요 설정 및 서사</w:t>
            </w:r>
          </w:p>
        </w:tc>
        <w:tc>
          <w:tcPr>
            <w:tcW w:w="7488" w:type="dxa"/>
            <w:tcBorders>
              <w:top w:val="single" w:sz="5" w:space="0" w:color="D8E0E7"/>
              <w:left w:val="single" w:sz="5" w:space="0" w:color="D8E0E7"/>
              <w:bottom w:val="single" w:sz="5" w:space="0" w:color="D8E0E7"/>
              <w:right w:val="single" w:sz="5" w:space="0" w:color="D8E0E7"/>
            </w:tcBorders>
            <w:shd w:val="clear" w:color="auto" w:fill="FFFFFF"/>
            <w:tcMar>
              <w:top w:w="56" w:type="dxa"/>
              <w:bottom w:w="56" w:type="dxa"/>
            </w:tcMar>
            <w:vAlign w:val="center"/>
          </w:tcPr>
          <w:p>
            <w:pPr>
              <w:spacing w:after="0"/>
              <w:rPr>
                <w:rFonts w:ascii="맑은 고딕" w:eastAsia="맑은 고딕" w:hAnsi="맑은 고딕" w:cs="맑은 고딕" w:hint="default"/>
                <w:sz w:val="20"/>
                <w:szCs w:val="20"/>
              </w:rPr>
            </w:pPr>
          </w:p>
        </w:tc>
      </w:tr>
    </w:tbl>
    <w:p>
      <w:pPr>
        <w:spacing w:after="20"/>
        <w:rPr>
          <w:rFonts w:ascii="맑은 고딕" w:eastAsia="맑은 고딕" w:hAnsi="맑은 고딕" w:cs="맑은 고딕" w:hint="default"/>
        </w:rPr>
      </w:pPr>
    </w:p>
    <w:p>
      <w:pPr>
        <w:keepNext w:val="off"/>
        <w:spacing w:after="80" w:before="0" w:line="324" w:lineRule="auto"/>
        <w:rPr>
          <w:lang w:eastAsia="ko-KR"/>
          <w:rFonts w:ascii="맑은 고딕" w:eastAsia="맑은 고딕" w:hAnsi="맑은 고딕" w:cs="맑은 고딕"/>
          <w:b/>
          <w:color w:val="000000"/>
          <w:sz w:val="10"/>
          <w:szCs w:val="10"/>
          <w:rtl w:val="off"/>
        </w:rPr>
      </w:pPr>
      <w:r>
        <w:rPr>
          <w:rFonts w:ascii="맑은 고딕" w:eastAsia="맑은 고딕" w:hAnsi="맑은 고딕" w:cs="맑은 고딕"/>
          <w:b w:val="0"/>
          <w:color w:val="7D8790"/>
          <w:sz w:val="18"/>
        </w:rPr>
        <w:t>※ 필요한 경우 위 표를 복사해 주요 인물을 추가해 주세요.</w:t>
      </w:r>
    </w:p>
    <w:p>
      <w:pPr>
        <w:keepNext/>
        <w:spacing w:after="60" w:before="280"/>
        <w:rPr>
          <w:rFonts w:ascii="맑은 고딕" w:eastAsia="맑은 고딕" w:hAnsi="맑은 고딕" w:cs="맑은 고딕" w:hint="default"/>
        </w:rPr>
      </w:pPr>
      <w:r>
        <w:rPr>
          <w:lang w:eastAsia="ko-KR"/>
          <w:rFonts w:ascii="맑은 고딕" w:eastAsia="맑은 고딕" w:hAnsi="맑은 고딕" w:cs="맑은 고딕"/>
          <w:b/>
          <w:color w:val="000000"/>
          <w:sz w:val="30"/>
          <w:rtl w:val="off"/>
        </w:rPr>
        <w:t>5</w:t>
      </w:r>
      <w:r>
        <w:rPr>
          <w:rFonts w:ascii="맑은 고딕" w:eastAsia="맑은 고딕" w:hAnsi="맑은 고딕" w:cs="맑은 고딕"/>
          <w:b/>
          <w:color w:val="000000"/>
          <w:sz w:val="30"/>
        </w:rPr>
        <w:t xml:space="preserve">. </w:t>
      </w:r>
      <w:r>
        <w:rPr>
          <w:rFonts w:ascii="맑은 고딕" w:eastAsia="맑은 고딕" w:hAnsi="맑은 고딕" w:cs="맑은 고딕"/>
          <w:b/>
          <w:color w:val="000000"/>
          <w:sz w:val="30"/>
        </w:rPr>
        <w:t>원고 작성 및 제출 유의 사항</w:t>
      </w:r>
    </w:p>
    <w:p>
      <w:pPr>
        <w:ind w:left="259" w:hanging="216"/>
        <w:spacing w:after="60" w:line="300" w:lineRule="auto"/>
        <w:rPr>
          <w:rFonts w:ascii="맑은 고딕" w:eastAsia="맑은 고딕" w:hAnsi="맑은 고딕" w:cs="맑은 고딕" w:hint="default"/>
        </w:rPr>
      </w:pPr>
      <w:r>
        <w:rPr>
          <w:lang w:eastAsia="ko-KR"/>
          <w:rFonts w:ascii="맑은 고딕" w:eastAsia="맑은 고딕" w:hAnsi="맑은 고딕" w:cs="맑은 고딕"/>
          <w:b w:val="0"/>
          <w:color w:val="303940"/>
          <w:sz w:val="20"/>
          <w:rtl w:val="off"/>
        </w:rPr>
        <w:t xml:space="preserve">- </w:t>
      </w:r>
      <w:r>
        <w:rPr>
          <w:rFonts w:ascii="맑은 고딕" w:eastAsia="맑은 고딕" w:hAnsi="맑은 고딕" w:cs="맑은 고딕"/>
          <w:b w:val="0"/>
          <w:color w:val="303940"/>
          <w:sz w:val="20"/>
        </w:rPr>
        <w:t>각 회차는 ‘1화’, ‘2화’, ‘3화’와 같이 명확하게 구분해 주세요.</w:t>
      </w:r>
    </w:p>
    <w:p>
      <w:pPr>
        <w:ind w:left="259" w:hanging="216"/>
        <w:spacing w:after="60" w:line="300" w:lineRule="auto"/>
        <w:rPr>
          <w:lang w:eastAsia="ko-KR"/>
          <w:rFonts w:ascii="맑은 고딕" w:eastAsia="맑은 고딕" w:hAnsi="맑은 고딕" w:cs="맑은 고딕" w:hint="eastAsia"/>
          <w:b w:val="0"/>
          <w:color w:val="303940"/>
          <w:sz w:val="20"/>
          <w:rtl w:val="off"/>
        </w:rPr>
      </w:pPr>
      <w:r>
        <w:rPr>
          <w:lang w:eastAsia="ko-KR"/>
          <w:rFonts w:ascii="맑은 고딕" w:eastAsia="맑은 고딕" w:hAnsi="맑은 고딕" w:cs="맑은 고딕"/>
          <w:b w:val="0"/>
          <w:color w:val="303940"/>
          <w:sz w:val="20"/>
          <w:rtl w:val="off"/>
        </w:rPr>
        <w:t xml:space="preserve">- </w:t>
      </w:r>
      <w:r>
        <w:rPr>
          <w:rFonts w:ascii="맑은 고딕" w:eastAsia="맑은 고딕" w:hAnsi="맑은 고딕" w:cs="맑은 고딕"/>
          <w:b w:val="0"/>
          <w:color w:val="303940"/>
          <w:sz w:val="20"/>
        </w:rPr>
        <w:t>작품 검토에 필요한 분량 이상의 원고를 제출해 주세요.</w:t>
      </w:r>
    </w:p>
    <w:p>
      <w:pPr>
        <w:ind w:left="259" w:hanging="216"/>
        <w:spacing w:after="60" w:line="300" w:lineRule="auto"/>
        <w:rPr>
          <w:lang/>
          <w:rFonts w:ascii="맑은 고딕" w:eastAsia="맑은 고딕" w:hAnsi="맑은 고딕" w:cs="맑은 고딕"/>
          <w:b w:val="0"/>
          <w:color w:val="303940"/>
          <w:sz w:val="20"/>
          <w:rtl w:val="off"/>
        </w:rPr>
      </w:pPr>
      <w:r>
        <w:rPr>
          <w:lang w:eastAsia="ko-KR"/>
          <w:rFonts w:ascii="맑은 고딕" w:eastAsia="맑은 고딕" w:hAnsi="맑은 고딕" w:cs="맑은 고딕"/>
          <w:b w:val="0"/>
          <w:color w:val="303940"/>
          <w:sz w:val="20"/>
          <w:rtl w:val="off"/>
        </w:rPr>
        <w:t xml:space="preserve">- </w:t>
      </w:r>
      <w:bookmarkStart w:id="1" w:name="_top"/>
      <w:bookmarkEnd w:id="1"/>
      <w:r>
        <w:rPr>
          <w:rFonts w:ascii="맑은 고딕" w:eastAsia="맑은 고딕"/>
          <w:color w:val="000000"/>
          <w:sz w:val="20"/>
        </w:rPr>
        <w:t>투고 작품 기본 정보(필수)는</w:t>
      </w:r>
      <w:r>
        <w:rPr>
          <w:lang w:eastAsia="ko-KR"/>
          <w:rFonts w:ascii="맑은 고딕" w:eastAsia="맑은 고딕" w:hAnsi="맑은 고딕" w:cs="맑은 고딕"/>
          <w:b w:val="0"/>
          <w:color w:val="303940"/>
          <w:sz w:val="20"/>
          <w:rtl w:val="off"/>
        </w:rPr>
        <w:t xml:space="preserve"> 원고 파일 맨 앞에 첨부하거나 별도의 파일로 전달해 주세요.</w:t>
      </w:r>
    </w:p>
    <w:p>
      <w:pPr>
        <w:ind w:firstLine="0"/>
        <w:shd w:val="clear" w:color="auto" w:fill="auto"/>
        <w:rPr>
          <w:rFonts w:ascii="맑은 고딕" w:eastAsia="맑은 고딕" w:hAnsi="맑은 고딕" w:cs="맑은 고딕" w:hint="default"/>
          <w:sz w:val="20"/>
          <w:szCs w:val="20"/>
        </w:rPr>
      </w:pPr>
      <w:r>
        <w:rPr>
          <w:lang w:eastAsia="ko-KR"/>
          <w:rFonts w:ascii="맑은 고딕" w:eastAsia="맑은 고딕" w:hAnsi="맑은 고딕" w:cs="맑은 고딕"/>
          <w:b w:val="0"/>
          <w:color w:val="303940"/>
          <w:sz w:val="20"/>
          <w:rtl w:val="off"/>
        </w:rPr>
        <w:t xml:space="preserve">- </w:t>
      </w:r>
      <w:r>
        <w:rPr>
          <w:lang w:eastAsia="ko-KR"/>
          <w:rFonts w:ascii="맑은 고딕" w:eastAsia="맑은 고딕" w:hAnsi="맑은 고딕" w:cs="맑은 고딕"/>
          <w:b w:val="0"/>
          <w:color w:val="303940"/>
          <w:sz w:val="20"/>
          <w:szCs w:val="20"/>
          <w:rtl w:val="off"/>
        </w:rPr>
        <w:t xml:space="preserve">원고 및 작품정보는 </w:t>
      </w:r>
      <w:r>
        <w:rPr>
          <w:caps w:val="off"/>
          <w:rFonts w:ascii="맑은 고딕" w:eastAsia="맑은 고딕" w:hAnsi="맑은 고딕" w:cs="맑은 고딕"/>
          <w:b w:val="0"/>
          <w:i w:val="0"/>
          <w:sz w:val="20"/>
          <w:szCs w:val="20"/>
        </w:rPr>
        <w:t>PDF, DOC, DOCX, HWP, HWPX</w:t>
      </w:r>
      <w:r>
        <w:rPr>
          <w:lang w:eastAsia="ko-KR"/>
          <w:rFonts w:ascii="맑은 고딕" w:eastAsia="맑은 고딕" w:hAnsi="맑은 고딕" w:cs="맑은 고딕"/>
          <w:b w:val="0"/>
          <w:color w:val="303940"/>
          <w:sz w:val="20"/>
          <w:szCs w:val="20"/>
          <w:rtl w:val="off"/>
        </w:rPr>
        <w:t xml:space="preserve"> 파일 중 하나로 첨부해 주세요.</w:t>
      </w:r>
    </w:p>
    <w:p>
      <w:pPr>
        <w:ind w:left="259" w:hanging="216"/>
        <w:spacing w:after="60" w:line="300" w:lineRule="auto"/>
        <w:rPr>
          <w:lang w:eastAsia="ko-KR"/>
          <w:rFonts w:ascii="맑은 고딕" w:eastAsia="맑은 고딕" w:hAnsi="맑은 고딕" w:cs="맑은 고딕"/>
          <w:b/>
          <w:color w:val="000000"/>
          <w:sz w:val="16"/>
          <w:szCs w:val="16"/>
          <w:rtl w:val="off"/>
        </w:rPr>
      </w:pPr>
      <w:r>
        <w:rPr>
          <w:lang w:eastAsia="ko-KR"/>
          <w:rFonts w:ascii="맑은 고딕" w:eastAsia="맑은 고딕" w:hAnsi="맑은 고딕" w:cs="맑은 고딕"/>
          <w:b w:val="0"/>
          <w:color w:val="303940"/>
          <w:sz w:val="20"/>
          <w:rtl w:val="off"/>
        </w:rPr>
        <w:t xml:space="preserve">- </w:t>
      </w:r>
      <w:r>
        <w:rPr>
          <w:rFonts w:ascii="맑은 고딕" w:eastAsia="맑은 고딕" w:hAnsi="맑은 고딕" w:cs="맑은 고딕"/>
          <w:b w:val="0"/>
          <w:color w:val="303940"/>
          <w:sz w:val="20"/>
        </w:rPr>
        <w:t>기존 계약이 진행 중이거나 제3자에게 권리가 귀속된 작품은 투고 전 계약 및 권리 관계를 확인해 주세요.</w:t>
      </w:r>
    </w:p>
    <w:p>
      <w:pPr>
        <w:keepNext/>
        <w:spacing w:after="60" w:before="280"/>
        <w:rPr>
          <w:rFonts w:ascii="맑은 고딕" w:eastAsia="맑은 고딕" w:hAnsi="맑은 고딕" w:cs="맑은 고딕" w:hint="default"/>
        </w:rPr>
      </w:pPr>
      <w:r>
        <w:rPr>
          <w:lang w:eastAsia="ko-KR"/>
          <w:rFonts w:ascii="맑은 고딕" w:eastAsia="맑은 고딕" w:hAnsi="맑은 고딕" w:cs="맑은 고딕"/>
          <w:b/>
          <w:color w:val="000000"/>
          <w:sz w:val="30"/>
          <w:rtl w:val="off"/>
        </w:rPr>
        <w:t>6</w:t>
      </w:r>
      <w:r>
        <w:rPr>
          <w:rFonts w:ascii="맑은 고딕" w:eastAsia="맑은 고딕" w:hAnsi="맑은 고딕" w:cs="맑은 고딕"/>
          <w:b/>
          <w:color w:val="000000"/>
          <w:sz w:val="30"/>
        </w:rPr>
        <w:t xml:space="preserve">. </w:t>
      </w:r>
      <w:r>
        <w:rPr>
          <w:lang w:eastAsia="ko-KR"/>
          <w:rFonts w:ascii="맑은 고딕" w:eastAsia="맑은 고딕" w:hAnsi="맑은 고딕" w:cs="맑은 고딕"/>
          <w:b/>
          <w:color w:val="000000"/>
          <w:sz w:val="30"/>
          <w:rtl w:val="off"/>
        </w:rPr>
        <w:t>메일명</w:t>
      </w:r>
    </w:p>
    <w:p>
      <w:pPr>
        <w:keepNext w:val="off"/>
        <w:spacing w:after="100" w:before="0" w:line="324" w:lineRule="auto"/>
        <w:rPr>
          <w:rFonts w:ascii="맑은 고딕" w:eastAsia="맑은 고딕" w:hAnsi="맑은 고딕" w:cs="맑은 고딕" w:hint="default"/>
        </w:rPr>
      </w:pPr>
      <w:r>
        <w:rPr>
          <w:rFonts w:ascii="맑은 고딕" w:eastAsia="맑은 고딕" w:hAnsi="맑은 고딕" w:cs="맑은 고딕"/>
          <w:b w:val="0"/>
          <w:color w:val="5D6871"/>
          <w:sz w:val="19"/>
        </w:rPr>
        <w:t>아래 형식으로 통일해 주세요.</w:t>
      </w:r>
    </w:p>
    <w:tbl>
      <w:tblPr>
        <w:tblW w:w="0" w:type="auto"/>
        <w:tblLook w:val="04A0" w:firstRow="1" w:lastRow="0" w:firstColumn="1" w:lastColumn="0" w:noHBand="0" w:noVBand="1"/>
        <w:jc w:val="center"/>
        <w:tblLayout w:type="fixed"/>
      </w:tblPr>
      <w:tblGrid>
        <w:gridCol w:w="9720"/>
      </w:tblGrid>
      <w:tr>
        <w:tc>
          <w:tcPr>
            <w:tcW w:w="9792" w:type="dxa"/>
            <w:tcBorders>
              <w:top w:val="single" w:sz="6" w:space="0" w:color="D4E1EA"/>
              <w:left w:val="single" w:sz="16" w:space="0" w:color="71808C"/>
              <w:bottom w:val="single" w:sz="6" w:space="0" w:color="D4E1EA"/>
              <w:right w:val="single" w:sz="6" w:space="0" w:color="D4E1EA"/>
            </w:tcBorders>
            <w:shd w:val="clear" w:color="auto" w:fill="F5F7F9"/>
            <w:tcMar>
              <w:top w:w="150" w:type="dxa"/>
              <w:bottom w:w="150" w:type="dxa"/>
            </w:tcMar>
          </w:tcPr>
          <w:p>
            <w:pPr>
              <w:spacing w:after="80"/>
              <w:rPr>
                <w:rFonts w:ascii="맑은 고딕" w:eastAsia="맑은 고딕" w:hAnsi="맑은 고딕" w:cs="맑은 고딕" w:hint="default"/>
              </w:rPr>
            </w:pPr>
            <w:r>
              <w:rPr>
                <w:lang w:eastAsia="ko-KR"/>
                <w:rFonts w:ascii="맑은 고딕" w:eastAsia="맑은 고딕" w:hAnsi="맑은 고딕" w:cs="맑은 고딕"/>
                <w:b/>
                <w:color w:val="2C3E4C"/>
                <w:sz w:val="24"/>
                <w:szCs w:val="24"/>
                <w:rtl w:val="off"/>
              </w:rPr>
              <w:t>메일</w:t>
            </w:r>
            <w:r>
              <w:rPr>
                <w:rFonts w:ascii="맑은 고딕" w:eastAsia="맑은 고딕" w:hAnsi="맑은 고딕" w:cs="맑은 고딕"/>
                <w:b/>
                <w:color w:val="2C3E4C"/>
                <w:sz w:val="24"/>
                <w:szCs w:val="24"/>
              </w:rPr>
              <w:t>명 형식</w:t>
            </w:r>
          </w:p>
          <w:p>
            <w:pPr>
              <w:spacing w:after="0" w:line="324" w:lineRule="auto"/>
              <w:rPr>
                <w:rFonts w:ascii="맑은 고딕" w:eastAsia="맑은 고딕" w:hAnsi="맑은 고딕" w:cs="맑은 고딕" w:hint="default"/>
              </w:rPr>
            </w:pPr>
            <w:r>
              <w:rPr>
                <w:lang w:eastAsia="ko-KR"/>
                <w:rFonts w:ascii="맑은 고딕" w:eastAsia="맑은 고딕" w:hAnsi="맑은 고딕" w:cs="맑은 고딕"/>
                <w:b/>
                <w:bCs/>
                <w:color w:val="33414D"/>
                <w:sz w:val="22"/>
                <w:szCs w:val="22"/>
                <w:rtl w:val="off"/>
              </w:rPr>
              <w:t>[장르]</w:t>
            </w:r>
            <w:r>
              <w:rPr>
                <w:rFonts w:ascii="맑은 고딕" w:eastAsia="맑은 고딕" w:hAnsi="맑은 고딕" w:cs="맑은 고딕"/>
                <w:b/>
                <w:bCs/>
                <w:color w:val="33414D"/>
                <w:sz w:val="22"/>
                <w:szCs w:val="22"/>
              </w:rPr>
              <w:t>작품명_필명</w:t>
            </w:r>
            <w:r>
              <w:rPr>
                <w:rFonts w:ascii="맑은 고딕" w:eastAsia="맑은 고딕" w:hAnsi="맑은 고딕" w:cs="맑은 고딕"/>
                <w:b w:val="0"/>
                <w:color w:val="33414D"/>
                <w:sz w:val="19"/>
              </w:rPr>
              <w:br/>
            </w:r>
            <w:r>
              <w:rPr>
                <w:rFonts w:ascii="맑은 고딕" w:eastAsia="맑은 고딕" w:hAnsi="맑은 고딕" w:cs="맑은 고딕"/>
                <w:b w:val="0"/>
                <w:color w:val="33414D"/>
                <w:sz w:val="19"/>
              </w:rPr>
              <w:t xml:space="preserve">예) </w:t>
            </w:r>
            <w:r>
              <w:rPr>
                <w:lang w:eastAsia="ko-KR"/>
                <w:rFonts w:ascii="맑은 고딕" w:eastAsia="맑은 고딕" w:hAnsi="맑은 고딕" w:cs="맑은 고딕"/>
                <w:b w:val="0"/>
                <w:color w:val="33414D"/>
                <w:sz w:val="19"/>
                <w:rtl w:val="off"/>
              </w:rPr>
              <w:t xml:space="preserve">[현판]말단 신입사원은 오늘도 </w:t>
            </w:r>
            <w:r>
              <w:rPr>
                <w:rFonts w:ascii="맑은 고딕" w:eastAsia="맑은 고딕" w:hAnsi="맑은 고딕" w:cs="맑은 고딕"/>
                <w:b w:val="0"/>
                <w:color w:val="33414D"/>
                <w:sz w:val="19"/>
              </w:rPr>
              <w:t>퇴사를</w:t>
            </w:r>
            <w:r>
              <w:rPr>
                <w:lang w:eastAsia="ko-KR"/>
                <w:rFonts w:ascii="맑은 고딕" w:eastAsia="맑은 고딕" w:hAnsi="맑은 고딕" w:cs="맑은 고딕"/>
                <w:b w:val="0"/>
                <w:color w:val="33414D"/>
                <w:sz w:val="19"/>
                <w:rtl w:val="off"/>
              </w:rPr>
              <w:t xml:space="preserve"> </w:t>
            </w:r>
            <w:r>
              <w:rPr>
                <w:rFonts w:ascii="맑은 고딕" w:eastAsia="맑은 고딕" w:hAnsi="맑은 고딕" w:cs="맑은 고딕"/>
                <w:b w:val="0"/>
                <w:color w:val="33414D"/>
                <w:sz w:val="19"/>
              </w:rPr>
              <w:t>꿈꾼다_</w:t>
            </w:r>
            <w:r>
              <w:rPr>
                <w:lang w:eastAsia="ko-KR"/>
                <w:rFonts w:ascii="맑은 고딕" w:eastAsia="맑은 고딕" w:hAnsi="맑은 고딕" w:cs="맑은 고딕"/>
                <w:b w:val="0"/>
                <w:color w:val="33414D"/>
                <w:sz w:val="19"/>
                <w:rtl w:val="off"/>
              </w:rPr>
              <w:t>과로핑</w:t>
            </w:r>
          </w:p>
        </w:tc>
      </w:tr>
    </w:tbl>
    <w:p>
      <w:pPr>
        <w:spacing w:after="20"/>
        <w:rPr>
          <w:lang w:eastAsia="ko-KR"/>
          <w:rFonts w:ascii="맑은 고딕" w:eastAsia="맑은 고딕" w:hAnsi="맑은 고딕" w:cs="맑은 고딕" w:hint="eastAsia"/>
          <w:rtl w:val="off"/>
        </w:rPr>
      </w:pPr>
    </w:p>
    <w:p>
      <w:pPr>
        <w:spacing w:after="20"/>
        <w:rPr>
          <w:rFonts w:ascii="맑은 고딕" w:eastAsia="맑은 고딕" w:hAnsi="맑은 고딕" w:cs="맑은 고딕" w:hint="default"/>
        </w:rPr>
      </w:pPr>
    </w:p>
    <w:p>
      <w:pPr>
        <w:keepNext w:val="off"/>
        <w:spacing w:after="80" w:before="0" w:line="324" w:lineRule="auto"/>
        <w:rPr>
          <w:rFonts w:ascii="맑은 고딕" w:eastAsia="맑은 고딕" w:hAnsi="맑은 고딕" w:cs="맑은 고딕" w:hint="default"/>
        </w:rPr>
      </w:pPr>
      <w:r>
        <w:rPr>
          <w:rFonts w:ascii="맑은 고딕" w:eastAsia="맑은 고딕" w:hAnsi="맑은 고딕" w:cs="맑은 고딕"/>
          <w:b/>
          <w:color w:val="27333D"/>
          <w:sz w:val="30"/>
          <w:szCs w:val="30"/>
        </w:rPr>
        <w:t>감사합니다.</w:t>
      </w:r>
    </w:p>
    <w:sectPr>
      <w:pgSz w:w="12240" w:h="15840"/>
      <w:pgMar w:top="1037" w:right="1224" w:bottom="979" w:left="1224" w:header="432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맑은 고딕">
    <w:panose1 w:val="020B0503020000020004"/>
    <w:family w:val="Malgun Gothic"/>
    <w:charset w:val="00"/>
    <w:notTrueType w:val="false"/>
    <w:sig w:usb0="9000002F" w:usb1="29D77CFB" w:usb2="00000012" w:usb3="00000001" w:csb0="00080001" w:csb1="00000001"/>
  </w:font>
  <w:font w:name="NanumSquare">
    <w:panose1 w:val="020B0600FFFFFFFFFFFF"/>
    <w:charset w:val="00"/>
    <w:notTrueType w:val="false"/>
    <w:sig w:usb0="00000203" w:usb1="21D12C10" w:usb2="00000010" w:usb3="00000001" w:csb0="00280005" w:csb1="00000001"/>
  </w:font>
  <w:font w:name="Courier">
    <w:charset w:val="00"/>
    <w:notTrueType w:val="false"/>
  </w:font>
  <w:font w:name="Symbol">
    <w:panose1 w:val="05050102010706020507"/>
    <w:family w:val="Symbol"/>
    <w:charset w:val="00"/>
    <w:notTrueType w:val="false"/>
    <w:sig w:usb0="00000001" w:usb1="00000001" w:usb2="00000001" w:usb3="00000001" w:csb0="80000000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ffffff89"/>
    <w:multiLevelType w:val="singleLevel"/>
    <w:tmpl w:val="29761a62"/>
    <w:lvl w:ilvl="0">
      <w:start w:val="1"/>
      <w:numFmt w:val="bullet"/>
      <w:lvlText w:val=""/>
      <w:lvlJc w:val="left"/>
      <w:pStyle w:val="ListBullet"/>
      <w:pPr>
        <w:ind w:left="360" w:hanging="360"/>
        <w:tabs>
          <w:tab w:val="num" w:pos="360"/>
        </w:tabs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3d1effd4"/>
    <w:lvl w:ilvl="0">
      <w:start w:val="1"/>
      <w:numFmt w:val="bullet"/>
      <w:lvlText w:val=""/>
      <w:lvlJc w:val="left"/>
      <w:pStyle w:val="ListBullet2"/>
      <w:pPr>
        <w:ind w:left="720" w:hanging="360"/>
        <w:tabs>
          <w:tab w:val="num" w:pos="720"/>
        </w:tabs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f3eafdec"/>
    <w:lvl w:ilvl="0">
      <w:start w:val="1"/>
      <w:numFmt w:val="bullet"/>
      <w:lvlText w:val=""/>
      <w:lvlJc w:val="left"/>
      <w:pStyle w:val="ListBullet3"/>
      <w:pPr>
        <w:ind w:left="1080" w:hanging="360"/>
        <w:tabs>
          <w:tab w:val="num" w:pos="1080"/>
        </w:tabs>
      </w:pPr>
      <w:rPr>
        <w:rFonts w:ascii="Symbol" w:hAnsi="Symbol" w:hint="default"/>
      </w:rPr>
    </w:lvl>
  </w:abstractNum>
  <w:abstractNum w:abstractNumId="3">
    <w:nsid w:val="ffffff88"/>
    <w:multiLevelType w:val="singleLevel"/>
    <w:tmpl w:val="d0a62b40"/>
    <w:lvl w:ilvl="0">
      <w:start w:val="1"/>
      <w:lvlText w:val="%1."/>
      <w:lvlJc w:val="left"/>
      <w:pStyle w:val="ListNumber"/>
      <w:pPr>
        <w:ind w:left="360" w:hanging="360"/>
        <w:tabs>
          <w:tab w:val="num" w:pos="360"/>
        </w:tabs>
      </w:pPr>
    </w:lvl>
  </w:abstractNum>
  <w:abstractNum w:abstractNumId="4">
    <w:nsid w:val="ffffff7f"/>
    <w:multiLevelType w:val="singleLevel"/>
    <w:tmpl w:val="38441652"/>
    <w:lvl w:ilvl="0">
      <w:start w:val="1"/>
      <w:lvlText w:val="%1."/>
      <w:lvlJc w:val="left"/>
      <w:pStyle w:val="ListNumber2"/>
      <w:pPr>
        <w:ind w:left="720" w:hanging="360"/>
        <w:tabs>
          <w:tab w:val="num" w:pos="720"/>
        </w:tabs>
      </w:pPr>
    </w:lvl>
  </w:abstractNum>
  <w:abstractNum w:abstractNumId="5">
    <w:nsid w:val="ffffff7e"/>
    <w:multiLevelType w:val="singleLevel"/>
    <w:tmpl w:val="fb12693a"/>
    <w:lvl w:ilvl="0">
      <w:start w:val="1"/>
      <w:lvlText w:val="%1."/>
      <w:lvlJc w:val="left"/>
      <w:pStyle w:val="ListNumber3"/>
      <w:pPr>
        <w:ind w:left="1080" w:hanging="360"/>
        <w:tabs>
          <w:tab w:val="num" w:pos="1080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val="bestFit"/>
  <w:removePersonalInformation/>
  <w:bordersDontSurroundHeader/>
  <w:bordersDontSurroundFooter/>
  <w:hideGrammaticalErrors/>
  <w:proofState w:spelling="clean" w:grammar="clean"/>
  <w:defaultTabStop w:val="72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ja-JP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541597953"/>
    <w:lsdException w:name="toc 2" w:uiPriority="541597953"/>
    <w:lsdException w:name="toc 3" w:uiPriority="541597953"/>
    <w:lsdException w:name="toc 4" w:uiPriority="541597953"/>
    <w:lsdException w:name="toc 5" w:uiPriority="541597953"/>
    <w:lsdException w:name="toc 6" w:uiPriority="541597953"/>
    <w:lsdException w:name="toc 7" w:uiPriority="541597953"/>
    <w:lsdException w:name="toc 8" w:uiPriority="541597953"/>
    <w:lsdException w:name="toc 9" w:uiPriority="541597953"/>
    <w:lsdException w:name="caption" w:uiPriority="541595267" w:qFormat="1"/>
    <w:lsdException w:name="Title" w:semiHidden="0" w:uiPriority="153094" w:unhideWhenUsed="0" w:qFormat="1"/>
    <w:lsdException w:name="Default Paragraph Font" w:uiPriority="1"/>
    <w:lsdException w:name="Subtitle" w:semiHidden="0" w:uiPriority="153095" w:unhideWhenUsed="0" w:qFormat="1"/>
    <w:lsdException w:name="Strong" w:semiHidden="0" w:uiPriority="20481682" w:unhideWhenUsed="0" w:qFormat="1"/>
    <w:lsdException w:name="Emphasis" w:semiHidden="0" w:uiPriority="19412084" w:unhideWhenUsed="0" w:qFormat="1"/>
    <w:lsdException w:name="Table Grid" w:semiHidden="0" w:uiPriority="1096385793" w:unhideWhenUsed="0"/>
    <w:lsdException w:name="Placeholder Text" w:unhideWhenUsed="0"/>
    <w:lsdException w:name="No Spacing" w:semiHidden="0" w:uiPriority="1" w:unhideWhenUsed="0" w:qFormat="1"/>
    <w:lsdException w:name="Light Shading" w:semiHidden="0" w:uiPriority="-1994194638" w:unhideWhenUsed="0"/>
    <w:lsdException w:name="Light List" w:semiHidden="0" w:uiPriority="-1994194637" w:unhideWhenUsed="0"/>
    <w:lsdException w:name="Light Grid" w:semiHidden="0" w:uiPriority="-1994194606" w:unhideWhenUsed="0"/>
    <w:lsdException w:name="Medium Shading 1" w:semiHidden="0" w:uiPriority="-1994194605" w:unhideWhenUsed="0"/>
    <w:lsdException w:name="Medium Shading 2" w:semiHidden="0" w:uiPriority="1629496450" w:unhideWhenUsed="0"/>
    <w:lsdException w:name="Medium List 1" w:semiHidden="0" w:uiPriority="1629496451" w:unhideWhenUsed="0"/>
    <w:lsdException w:name="Medium List 2" w:semiHidden="0" w:uiPriority="2021795652" w:unhideWhenUsed="0"/>
    <w:lsdException w:name="Medium Grid 1" w:semiHidden="0" w:uiPriority="2021795653" w:unhideWhenUsed="0"/>
    <w:lsdException w:name="Medium Grid 2" w:semiHidden="0" w:uiPriority="2021800310" w:unhideWhenUsed="0"/>
    <w:lsdException w:name="Medium Grid 3" w:semiHidden="0" w:uiPriority="2021800311" w:unhideWhenUsed="0"/>
    <w:lsdException w:name="Dark List" w:semiHidden="0" w:uiPriority="2021933716" w:unhideWhenUsed="0"/>
    <w:lsdException w:name="Colorful Shading" w:semiHidden="0" w:uiPriority="2021933717" w:unhideWhenUsed="0"/>
    <w:lsdException w:name="Colorful List" w:semiHidden="0" w:uiPriority="2032410912" w:unhideWhenUsed="0"/>
    <w:lsdException w:name="Colorful Grid" w:semiHidden="0" w:uiPriority="2032410913" w:unhideWhenUsed="0"/>
    <w:lsdException w:name="Light Shading Accent 1" w:semiHidden="0" w:uiPriority="-1994194638" w:unhideWhenUsed="0"/>
    <w:lsdException w:name="Light List Accent 1" w:semiHidden="0" w:uiPriority="-1994194637" w:unhideWhenUsed="0"/>
    <w:lsdException w:name="Light Grid Accent 1" w:semiHidden="0" w:uiPriority="-1994194606" w:unhideWhenUsed="0"/>
    <w:lsdException w:name="Medium Shading 1 Accent 1" w:semiHidden="0" w:uiPriority="-1994194605" w:unhideWhenUsed="0"/>
    <w:lsdException w:name="Medium Shading 2 Accent 1" w:semiHidden="0" w:uiPriority="1629496450" w:unhideWhenUsed="0"/>
    <w:lsdException w:name="Medium List 1 Accent 1" w:semiHidden="0" w:uiPriority="1629496451" w:unhideWhenUsed="0"/>
    <w:lsdException w:name="Revision" w:unhideWhenUsed="0"/>
    <w:lsdException w:name="List Paragraph" w:semiHidden="0" w:uiPriority="541595266" w:unhideWhenUsed="0" w:qFormat="1"/>
    <w:lsdException w:name="Quote" w:semiHidden="0" w:uiPriority="421734533" w:unhideWhenUsed="0" w:qFormat="1"/>
    <w:lsdException w:name="Intense Quote" w:semiHidden="0" w:uiPriority="422868888" w:unhideWhenUsed="0" w:qFormat="1"/>
    <w:lsdException w:name="Medium List 2 Accent 1" w:semiHidden="0" w:uiPriority="2021795652" w:unhideWhenUsed="0"/>
    <w:lsdException w:name="Medium Grid 1 Accent 1" w:semiHidden="0" w:uiPriority="2021795653" w:unhideWhenUsed="0"/>
    <w:lsdException w:name="Medium Grid 2 Accent 1" w:semiHidden="0" w:uiPriority="2021800310" w:unhideWhenUsed="0"/>
    <w:lsdException w:name="Medium Grid 3 Accent 1" w:semiHidden="0" w:uiPriority="2021800311" w:unhideWhenUsed="0"/>
    <w:lsdException w:name="Dark List Accent 1" w:semiHidden="0" w:uiPriority="2021933716" w:unhideWhenUsed="0"/>
    <w:lsdException w:name="Colorful Shading Accent 1" w:semiHidden="0" w:uiPriority="2021933717" w:unhideWhenUsed="0"/>
    <w:lsdException w:name="Colorful List Accent 1" w:semiHidden="0" w:uiPriority="2032410912" w:unhideWhenUsed="0"/>
    <w:lsdException w:name="Colorful Grid Accent 1" w:semiHidden="0" w:uiPriority="2032410913" w:unhideWhenUsed="0"/>
    <w:lsdException w:name="Light Shading Accent 2" w:semiHidden="0" w:uiPriority="-1994194638" w:unhideWhenUsed="0"/>
    <w:lsdException w:name="Light List Accent 2" w:semiHidden="0" w:uiPriority="-1994194637" w:unhideWhenUsed="0"/>
    <w:lsdException w:name="Light Grid Accent 2" w:semiHidden="0" w:uiPriority="-1994194606" w:unhideWhenUsed="0"/>
    <w:lsdException w:name="Medium Shading 1 Accent 2" w:semiHidden="0" w:uiPriority="-1994194605" w:unhideWhenUsed="0"/>
    <w:lsdException w:name="Medium Shading 2 Accent 2" w:semiHidden="0" w:uiPriority="1629496450" w:unhideWhenUsed="0"/>
    <w:lsdException w:name="Medium List 1 Accent 2" w:semiHidden="0" w:uiPriority="1629496451" w:unhideWhenUsed="0"/>
    <w:lsdException w:name="Medium List 2 Accent 2" w:semiHidden="0" w:uiPriority="2021795652" w:unhideWhenUsed="0"/>
    <w:lsdException w:name="Medium Grid 1 Accent 2" w:semiHidden="0" w:uiPriority="2021795653" w:unhideWhenUsed="0"/>
    <w:lsdException w:name="Medium Grid 2 Accent 2" w:semiHidden="0" w:uiPriority="2021800310" w:unhideWhenUsed="0"/>
    <w:lsdException w:name="Medium Grid 3 Accent 2" w:semiHidden="0" w:uiPriority="2021800311" w:unhideWhenUsed="0"/>
    <w:lsdException w:name="Dark List Accent 2" w:semiHidden="0" w:uiPriority="2021933716" w:unhideWhenUsed="0"/>
    <w:lsdException w:name="Colorful Shading Accent 2" w:semiHidden="0" w:uiPriority="2021933717" w:unhideWhenUsed="0"/>
    <w:lsdException w:name="Colorful List Accent 2" w:semiHidden="0" w:uiPriority="2032410912" w:unhideWhenUsed="0"/>
    <w:lsdException w:name="Colorful Grid Accent 2" w:semiHidden="0" w:uiPriority="2032410913" w:unhideWhenUsed="0"/>
    <w:lsdException w:name="Light Shading Accent 3" w:semiHidden="0" w:uiPriority="-1994194638" w:unhideWhenUsed="0"/>
    <w:lsdException w:name="Light List Accent 3" w:semiHidden="0" w:uiPriority="-1994194637" w:unhideWhenUsed="0"/>
    <w:lsdException w:name="Light Grid Accent 3" w:semiHidden="0" w:uiPriority="-1994194606" w:unhideWhenUsed="0"/>
    <w:lsdException w:name="Medium Shading 1 Accent 3" w:semiHidden="0" w:uiPriority="-1994194605" w:unhideWhenUsed="0"/>
    <w:lsdException w:name="Medium Shading 2 Accent 3" w:semiHidden="0" w:uiPriority="1629496450" w:unhideWhenUsed="0"/>
    <w:lsdException w:name="Medium List 1 Accent 3" w:semiHidden="0" w:uiPriority="1629496451" w:unhideWhenUsed="0"/>
    <w:lsdException w:name="Medium List 2 Accent 3" w:semiHidden="0" w:uiPriority="2021795652" w:unhideWhenUsed="0"/>
    <w:lsdException w:name="Medium Grid 1 Accent 3" w:semiHidden="0" w:uiPriority="2021795653" w:unhideWhenUsed="0"/>
    <w:lsdException w:name="Medium Grid 2 Accent 3" w:semiHidden="0" w:uiPriority="2021800310" w:unhideWhenUsed="0"/>
    <w:lsdException w:name="Medium Grid 3 Accent 3" w:semiHidden="0" w:uiPriority="2021800311" w:unhideWhenUsed="0"/>
    <w:lsdException w:name="Dark List Accent 3" w:semiHidden="0" w:uiPriority="2021933716" w:unhideWhenUsed="0"/>
    <w:lsdException w:name="Colorful Shading Accent 3" w:semiHidden="0" w:uiPriority="2021933717" w:unhideWhenUsed="0"/>
    <w:lsdException w:name="Colorful List Accent 3" w:semiHidden="0" w:uiPriority="2032410912" w:unhideWhenUsed="0"/>
    <w:lsdException w:name="Colorful Grid Accent 3" w:semiHidden="0" w:uiPriority="2032410913" w:unhideWhenUsed="0"/>
    <w:lsdException w:name="Light Shading Accent 4" w:semiHidden="0" w:uiPriority="-1994194638" w:unhideWhenUsed="0"/>
    <w:lsdException w:name="Light List Accent 4" w:semiHidden="0" w:uiPriority="-1994194637" w:unhideWhenUsed="0"/>
    <w:lsdException w:name="Light Grid Accent 4" w:semiHidden="0" w:uiPriority="-1994194606" w:unhideWhenUsed="0"/>
    <w:lsdException w:name="Medium Shading 1 Accent 4" w:semiHidden="0" w:uiPriority="-1994194605" w:unhideWhenUsed="0"/>
    <w:lsdException w:name="Medium Shading 2 Accent 4" w:semiHidden="0" w:uiPriority="1629496450" w:unhideWhenUsed="0"/>
    <w:lsdException w:name="Medium List 1 Accent 4" w:semiHidden="0" w:uiPriority="1629496451" w:unhideWhenUsed="0"/>
    <w:lsdException w:name="Medium List 2 Accent 4" w:semiHidden="0" w:uiPriority="2021795652" w:unhideWhenUsed="0"/>
    <w:lsdException w:name="Medium Grid 1 Accent 4" w:semiHidden="0" w:uiPriority="2021795653" w:unhideWhenUsed="0"/>
    <w:lsdException w:name="Medium Grid 2 Accent 4" w:semiHidden="0" w:uiPriority="2021800310" w:unhideWhenUsed="0"/>
    <w:lsdException w:name="Medium Grid 3 Accent 4" w:semiHidden="0" w:uiPriority="2021800311" w:unhideWhenUsed="0"/>
    <w:lsdException w:name="Dark List Accent 4" w:semiHidden="0" w:uiPriority="2021933716" w:unhideWhenUsed="0"/>
    <w:lsdException w:name="Colorful Shading Accent 4" w:semiHidden="0" w:uiPriority="2021933717" w:unhideWhenUsed="0"/>
    <w:lsdException w:name="Colorful List Accent 4" w:semiHidden="0" w:uiPriority="2032410912" w:unhideWhenUsed="0"/>
    <w:lsdException w:name="Colorful Grid Accent 4" w:semiHidden="0" w:uiPriority="2032410913" w:unhideWhenUsed="0"/>
    <w:lsdException w:name="Light Shading Accent 5" w:semiHidden="0" w:uiPriority="-1994194638" w:unhideWhenUsed="0"/>
    <w:lsdException w:name="Light List Accent 5" w:semiHidden="0" w:uiPriority="-1994194637" w:unhideWhenUsed="0"/>
    <w:lsdException w:name="Light Grid Accent 5" w:semiHidden="0" w:uiPriority="-1994194606" w:unhideWhenUsed="0"/>
    <w:lsdException w:name="Medium Shading 1 Accent 5" w:semiHidden="0" w:uiPriority="-1994194605" w:unhideWhenUsed="0"/>
    <w:lsdException w:name="Medium Shading 2 Accent 5" w:semiHidden="0" w:uiPriority="1629496450" w:unhideWhenUsed="0"/>
    <w:lsdException w:name="Medium List 1 Accent 5" w:semiHidden="0" w:uiPriority="1629496451" w:unhideWhenUsed="0"/>
    <w:lsdException w:name="Medium List 2 Accent 5" w:semiHidden="0" w:uiPriority="2021795652" w:unhideWhenUsed="0"/>
    <w:lsdException w:name="Medium Grid 1 Accent 5" w:semiHidden="0" w:uiPriority="2021795653" w:unhideWhenUsed="0"/>
    <w:lsdException w:name="Medium Grid 2 Accent 5" w:semiHidden="0" w:uiPriority="2021800310" w:unhideWhenUsed="0"/>
    <w:lsdException w:name="Medium Grid 3 Accent 5" w:semiHidden="0" w:uiPriority="2021800311" w:unhideWhenUsed="0"/>
    <w:lsdException w:name="Dark List Accent 5" w:semiHidden="0" w:uiPriority="2021933716" w:unhideWhenUsed="0"/>
    <w:lsdException w:name="Colorful Shading Accent 5" w:semiHidden="0" w:uiPriority="2021933717" w:unhideWhenUsed="0"/>
    <w:lsdException w:name="Colorful List Accent 5" w:semiHidden="0" w:uiPriority="2032410912" w:unhideWhenUsed="0"/>
    <w:lsdException w:name="Colorful Grid Accent 5" w:semiHidden="0" w:uiPriority="2032410913" w:unhideWhenUsed="0"/>
    <w:lsdException w:name="Light Shading Accent 6" w:semiHidden="0" w:uiPriority="-1994194638" w:unhideWhenUsed="0"/>
    <w:lsdException w:name="Light List Accent 6" w:semiHidden="0" w:uiPriority="-1994194637" w:unhideWhenUsed="0"/>
    <w:lsdException w:name="Light Grid Accent 6" w:semiHidden="0" w:uiPriority="-1994194606" w:unhideWhenUsed="0"/>
    <w:lsdException w:name="Medium Shading 1 Accent 6" w:semiHidden="0" w:uiPriority="-1994194605" w:unhideWhenUsed="0"/>
    <w:lsdException w:name="Medium Shading 2 Accent 6" w:semiHidden="0" w:uiPriority="1629496450" w:unhideWhenUsed="0"/>
    <w:lsdException w:name="Medium List 1 Accent 6" w:semiHidden="0" w:uiPriority="1629496451" w:unhideWhenUsed="0"/>
    <w:lsdException w:name="Medium List 2 Accent 6" w:semiHidden="0" w:uiPriority="2021795652" w:unhideWhenUsed="0"/>
    <w:lsdException w:name="Medium Grid 1 Accent 6" w:semiHidden="0" w:uiPriority="2021795653" w:unhideWhenUsed="0"/>
    <w:lsdException w:name="Medium Grid 2 Accent 6" w:semiHidden="0" w:uiPriority="2021800310" w:unhideWhenUsed="0"/>
    <w:lsdException w:name="Medium Grid 3 Accent 6" w:semiHidden="0" w:uiPriority="2021800311" w:unhideWhenUsed="0"/>
    <w:lsdException w:name="Dark List Accent 6" w:semiHidden="0" w:uiPriority="2021933716" w:unhideWhenUsed="0"/>
    <w:lsdException w:name="Colorful Shading Accent 6" w:semiHidden="0" w:uiPriority="2021933717" w:unhideWhenUsed="0"/>
    <w:lsdException w:name="Colorful List Accent 6" w:semiHidden="0" w:uiPriority="2032410912" w:unhideWhenUsed="0"/>
    <w:lsdException w:name="Colorful Grid Accent 6" w:semiHidden="0" w:uiPriority="2032410913" w:unhideWhenUsed="0"/>
    <w:lsdException w:name="Subtle Emphasis" w:semiHidden="0" w:uiPriority="1388695" w:unhideWhenUsed="0" w:qFormat="1"/>
    <w:lsdException w:name="Intense Emphasis" w:semiHidden="0" w:uiPriority="19412085" w:unhideWhenUsed="0" w:qFormat="1"/>
    <w:lsdException w:name="Subtle Reference" w:semiHidden="0" w:uiPriority="422868889" w:unhideWhenUsed="0" w:qFormat="1"/>
    <w:lsdException w:name="Intense Reference" w:semiHidden="0" w:uiPriority="423698564" w:unhideWhenUsed="0" w:qFormat="1"/>
    <w:lsdException w:name="Book Title" w:semiHidden="0" w:uiPriority="423698565" w:unhideWhenUsed="0" w:qFormat="1"/>
    <w:lsdException w:name="Bibliography" w:uiPriority="541595269"/>
    <w:lsdException w:name="TOC Heading" w:uiPriority="541597953" w:qFormat="1"/>
  </w:latentStyles>
  <w:style w:type="paragraph" w:default="1" w:styleId="Normal">
    <w:name w:val="Normal"/>
    <w:qFormat/>
    <w:pPr>
      <w:spacing w:after="100" w:line="324" w:lineRule="auto"/>
    </w:pPr>
    <w:rPr>
      <w:rFonts w:ascii="NanumSquare" w:eastAsia="NanumSquare" w:hAnsi="NanumSquare"/>
      <w:color w:val="242A31"/>
      <w:sz w:val="21"/>
    </w:rPr>
  </w:style>
  <w:style w:type="paragraph" w:customStyle="1" w:styleId="Header">
    <w:name w:val="header"/>
    <w:uiPriority w:val="99"/>
    <w:basedOn w:val="Normal"/>
    <w:link w:val="HeaderChar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uiPriority w:val="99"/>
    <w:basedOn w:val="DefaultParagraphFont"/>
    <w:link w:val="Header"/>
  </w:style>
  <w:style w:type="paragraph" w:customStyle="1" w:styleId="Footer">
    <w:name w:val="footer"/>
    <w:uiPriority w:val="99"/>
    <w:basedOn w:val="Normal"/>
    <w:link w:val="FooterChar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uiPriority w:val="99"/>
    <w:basedOn w:val="DefaultParagraphFont"/>
    <w:link w:val="Footer"/>
  </w:style>
  <w:style w:type="paragraph" w:styleId="Heading1">
    <w:name w:val="heading 1"/>
    <w:uiPriority w:val="9"/>
    <w:basedOn w:val="Normal"/>
    <w:next w:val="Normal"/>
    <w:link w:val="Heading1Char"/>
    <w:qFormat/>
    <w:pPr>
      <w:keepNext/>
      <w:keepLines/>
      <w:outlineLvl w:val="0"/>
      <w:spacing w:after="0" w:before="480"/>
    </w:pPr>
    <w:rPr>
      <w:rFonts w:asciiTheme="majorHAnsi" w:eastAsiaTheme="majorEastAsia" w:hAnsiTheme="majorHAnsi" w:cstheme="majorBidi"/>
      <w:b/>
      <w:bCs/>
      <w:color w:val="376092"/>
      <w:sz w:val="28"/>
      <w:szCs w:val="28"/>
    </w:rPr>
  </w:style>
  <w:style w:type="paragraph" w:styleId="Heading2">
    <w:name w:val="heading 2"/>
    <w:uiPriority w:val="9"/>
    <w:basedOn w:val="Normal"/>
    <w:next w:val="Normal"/>
    <w:link w:val="Heading2Char"/>
    <w:qFormat/>
    <w:unhideWhenUsed/>
    <w:pPr>
      <w:keepNext/>
      <w:keepLines/>
      <w:outlineLvl w:val="1"/>
      <w:spacing w:after="0" w:before="200"/>
    </w:pPr>
    <w:rPr>
      <w:rFonts w:asciiTheme="majorHAnsi" w:eastAsiaTheme="majorEastAsia" w:hAnsiTheme="majorHAnsi" w:cstheme="majorBidi"/>
      <w:b/>
      <w:bCs/>
      <w:color w:val="4F81BD"/>
      <w:sz w:val="26"/>
      <w:szCs w:val="26"/>
    </w:rPr>
  </w:style>
  <w:style w:type="paragraph" w:styleId="Heading3">
    <w:name w:val="heading 3"/>
    <w:uiPriority w:val="9"/>
    <w:basedOn w:val="Normal"/>
    <w:next w:val="Normal"/>
    <w:link w:val="Heading3Char"/>
    <w:qFormat/>
    <w:unhideWhenUsed/>
    <w:pPr>
      <w:keepNext/>
      <w:keepLines/>
      <w:outlineLvl w:val="2"/>
      <w:spacing w:after="0" w:before="200"/>
    </w:pPr>
    <w:rPr>
      <w:rFonts w:asciiTheme="majorHAnsi" w:eastAsiaTheme="majorEastAsia" w:hAnsiTheme="majorHAnsi" w:cstheme="majorBidi"/>
      <w:b/>
      <w:bCs/>
      <w:color w:val="4F81BD"/>
    </w:rPr>
  </w:style>
  <w:style w:type="paragraph" w:styleId="Heading4">
    <w:name w:val="heading 4"/>
    <w:uiPriority w:val="9"/>
    <w:basedOn w:val="Normal"/>
    <w:next w:val="Normal"/>
    <w:link w:val="Heading4Char"/>
    <w:qFormat/>
    <w:semiHidden/>
    <w:unhideWhenUsed/>
    <w:pPr>
      <w:keepNext/>
      <w:keepLines/>
      <w:outlineLvl w:val="3"/>
      <w:spacing w:after="0" w:before="200"/>
    </w:pPr>
    <w:rPr>
      <w:rFonts w:asciiTheme="majorHAnsi" w:eastAsiaTheme="majorEastAsia" w:hAnsiTheme="majorHAnsi" w:cstheme="majorBidi"/>
      <w:b/>
      <w:bCs/>
      <w:i/>
      <w:iCs/>
      <w:color w:val="4F81BD"/>
    </w:rPr>
  </w:style>
  <w:style w:type="paragraph" w:styleId="Heading5">
    <w:name w:val="heading 5"/>
    <w:uiPriority w:val="9"/>
    <w:basedOn w:val="Normal"/>
    <w:next w:val="Normal"/>
    <w:link w:val="Heading5Char"/>
    <w:qFormat/>
    <w:semiHidden/>
    <w:unhideWhenUsed/>
    <w:pPr>
      <w:keepNext/>
      <w:keepLines/>
      <w:outlineLvl w:val="4"/>
      <w:spacing w:after="0" w:before="200"/>
    </w:pPr>
    <w:rPr>
      <w:rFonts w:asciiTheme="majorHAnsi" w:eastAsiaTheme="majorEastAsia" w:hAnsiTheme="majorHAnsi" w:cstheme="majorBidi"/>
      <w:color w:val="244061"/>
    </w:rPr>
  </w:style>
  <w:style w:type="paragraph" w:styleId="Heading6">
    <w:name w:val="heading 6"/>
    <w:uiPriority w:val="9"/>
    <w:basedOn w:val="Normal"/>
    <w:next w:val="Normal"/>
    <w:link w:val="Heading6Char"/>
    <w:qFormat/>
    <w:semiHidden/>
    <w:unhideWhenUsed/>
    <w:pPr>
      <w:keepNext/>
      <w:keepLines/>
      <w:outlineLvl w:val="5"/>
      <w:spacing w:after="0" w:before="200"/>
    </w:pPr>
    <w:rPr>
      <w:rFonts w:asciiTheme="majorHAnsi" w:eastAsiaTheme="majorEastAsia" w:hAnsiTheme="majorHAnsi" w:cstheme="majorBidi"/>
      <w:i/>
      <w:iCs/>
      <w:color w:val="244061"/>
    </w:rPr>
  </w:style>
  <w:style w:type="paragraph" w:styleId="Heading7">
    <w:name w:val="heading 7"/>
    <w:uiPriority w:val="9"/>
    <w:basedOn w:val="Normal"/>
    <w:next w:val="Normal"/>
    <w:link w:val="Heading7Char"/>
    <w:qFormat/>
    <w:semiHidden/>
    <w:unhideWhenUsed/>
    <w:pPr>
      <w:keepNext/>
      <w:keepLines/>
      <w:outlineLvl w:val="6"/>
      <w:spacing w:after="0" w:before="200"/>
    </w:pPr>
    <w:rPr>
      <w:rFonts w:asciiTheme="majorHAnsi" w:eastAsiaTheme="majorEastAsia" w:hAnsiTheme="majorHAnsi" w:cstheme="majorBidi"/>
      <w:i/>
      <w:iCs/>
      <w:color w:val="3F3F3F"/>
    </w:rPr>
  </w:style>
  <w:style w:type="paragraph" w:styleId="Heading8">
    <w:name w:val="heading 8"/>
    <w:uiPriority w:val="9"/>
    <w:basedOn w:val="Normal"/>
    <w:next w:val="Normal"/>
    <w:link w:val="Heading8Char"/>
    <w:qFormat/>
    <w:semiHidden/>
    <w:unhideWhenUsed/>
    <w:pPr>
      <w:keepNext/>
      <w:keepLines/>
      <w:outlineLvl w:val="7"/>
      <w:spacing w:after="0" w:before="200"/>
    </w:pPr>
    <w:rPr>
      <w:rFonts w:asciiTheme="majorHAnsi" w:eastAsiaTheme="majorEastAsia" w:hAnsiTheme="majorHAnsi" w:cstheme="majorBidi"/>
      <w:color w:val="4F81BD"/>
      <w:sz w:val="20"/>
      <w:szCs w:val="20"/>
    </w:rPr>
  </w:style>
  <w:style w:type="paragraph" w:styleId="Heading9">
    <w:name w:val="heading 9"/>
    <w:uiPriority w:val="9"/>
    <w:basedOn w:val="Normal"/>
    <w:next w:val="Normal"/>
    <w:link w:val="Heading9Char"/>
    <w:qFormat/>
    <w:semiHidden/>
    <w:unhideWhenUsed/>
    <w:pPr>
      <w:keepNext/>
      <w:keepLines/>
      <w:outlineLvl w:val="8"/>
      <w:spacing w:after="0" w:before="200"/>
    </w:pPr>
    <w:rPr>
      <w:rFonts w:asciiTheme="majorHAnsi" w:eastAsiaTheme="majorEastAsia" w:hAnsiTheme="majorHAnsi" w:cstheme="majorBidi"/>
      <w:i/>
      <w:iCs/>
      <w:color w:val="3F3F3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basedOn w:val="DefaultParagraphFont"/>
    <w:link w:val="Heading1"/>
    <w:rPr>
      <w:rFonts w:asciiTheme="majorHAnsi" w:eastAsiaTheme="majorEastAsia" w:hAnsiTheme="majorHAnsi" w:cstheme="majorBidi"/>
      <w:b/>
      <w:bCs/>
      <w:color w:val="376092"/>
      <w:sz w:val="28"/>
      <w:szCs w:val="28"/>
    </w:rPr>
  </w:style>
  <w:style w:type="character" w:customStyle="1" w:styleId="Heading2Char">
    <w:name w:val="Heading 2 Char"/>
    <w:uiPriority w:val="9"/>
    <w:basedOn w:val="DefaultParagraphFont"/>
    <w:link w:val="Heading2"/>
    <w:rPr>
      <w:rFonts w:asciiTheme="majorHAnsi" w:eastAsiaTheme="majorEastAsia" w:hAnsiTheme="majorHAnsi" w:cstheme="majorBidi"/>
      <w:b/>
      <w:bCs/>
      <w:color w:val="4F81BD"/>
      <w:sz w:val="26"/>
      <w:szCs w:val="26"/>
    </w:rPr>
  </w:style>
  <w:style w:type="character" w:customStyle="1" w:styleId="Heading3Char">
    <w:name w:val="Heading 3 Char"/>
    <w:uiPriority w:val="9"/>
    <w:basedOn w:val="DefaultParagraphFont"/>
    <w:link w:val="Heading3"/>
    <w:rPr>
      <w:rFonts w:asciiTheme="majorHAnsi" w:eastAsiaTheme="majorEastAsia" w:hAnsiTheme="majorHAnsi" w:cstheme="majorBidi"/>
      <w:b/>
      <w:bCs/>
      <w:color w:val="4F81BD"/>
    </w:rPr>
  </w:style>
  <w:style w:type="paragraph" w:styleId="Title">
    <w:name w:val="Title"/>
    <w:uiPriority w:val="10"/>
    <w:basedOn w:val="Normal"/>
    <w:next w:val="Normal"/>
    <w:link w:val="TitleChar"/>
    <w:qFormat/>
    <w:pPr>
      <w:contextualSpacing/>
      <w:pBdr>
        <w:bottom w:val="single" w:sz="8" w:space="4" w:color="4F81BD" w:themeColor="accent1"/>
      </w:pBdr>
      <w:spacing w:after="300" w:line="240" w:lineRule="auto"/>
    </w:pPr>
    <w:rPr>
      <w:rFonts w:asciiTheme="majorHAnsi" w:eastAsiaTheme="majorEastAsia" w:hAnsiTheme="majorHAnsi" w:cstheme="majorBidi"/>
      <w:color w:val="17375E"/>
      <w:sz w:val="52"/>
      <w:szCs w:val="52"/>
      <w:kern w:val="28"/>
      <w:spacing w:val="5"/>
    </w:rPr>
  </w:style>
  <w:style w:type="character" w:customStyle="1" w:styleId="TitleChar">
    <w:name w:val="Title Char"/>
    <w:uiPriority w:val="10"/>
    <w:basedOn w:val="DefaultParagraphFont"/>
    <w:link w:val="Title"/>
    <w:rPr>
      <w:rFonts w:asciiTheme="majorHAnsi" w:eastAsiaTheme="majorEastAsia" w:hAnsiTheme="majorHAnsi" w:cstheme="majorBidi"/>
      <w:color w:val="17375E"/>
      <w:sz w:val="52"/>
      <w:szCs w:val="52"/>
      <w:kern w:val="28"/>
      <w:spacing w:val="5"/>
    </w:rPr>
  </w:style>
  <w:style w:type="paragraph" w:styleId="Subtitle">
    <w:name w:val="Subtitle"/>
    <w:uiPriority w:val="11"/>
    <w:basedOn w:val="Normal"/>
    <w:next w:val="Normal"/>
    <w:link w:val="SubtitleChar"/>
    <w:qFormat/>
    <w:pPr>
      <w:numPr>
        <w:ilvl w:val="0"/>
      </w:numPr>
    </w:pPr>
    <w:rPr>
      <w:rFonts w:asciiTheme="majorHAnsi" w:eastAsiaTheme="majorEastAsia" w:hAnsiTheme="majorHAnsi" w:cstheme="majorBidi"/>
      <w:i/>
      <w:iCs/>
      <w:color w:val="4F81BD"/>
      <w:sz w:val="24"/>
      <w:szCs w:val="24"/>
      <w:spacing w:val="15"/>
    </w:rPr>
  </w:style>
  <w:style w:type="character" w:customStyle="1" w:styleId="SubtitleChar">
    <w:name w:val="Subtitle Char"/>
    <w:uiPriority w:val="11"/>
    <w:basedOn w:val="DefaultParagraphFont"/>
    <w:link w:val="Subtitle"/>
    <w:rPr>
      <w:rFonts w:asciiTheme="majorHAnsi" w:eastAsiaTheme="majorEastAsia" w:hAnsiTheme="majorHAnsi" w:cstheme="majorBidi"/>
      <w:i/>
      <w:iCs/>
      <w:color w:val="4F81BD"/>
      <w:sz w:val="24"/>
      <w:szCs w:val="24"/>
      <w:spacing w:val="15"/>
    </w:rPr>
  </w:style>
  <w:style w:type="paragraph" w:styleId="ListParagraph">
    <w:name w:val="List Paragraph"/>
    <w:uiPriority w:val="34"/>
    <w:basedOn w:val="Normal"/>
    <w:qFormat/>
    <w:pPr>
      <w:ind w:left="720"/>
      <w:contextualSpacing/>
    </w:pPr>
  </w:style>
  <w:style w:type="paragraph" w:customStyle="1" w:styleId="BodyText">
    <w:name w:val="Body Text"/>
    <w:uiPriority w:val="99"/>
    <w:basedOn w:val="Normal"/>
    <w:link w:val="BodyTextChar"/>
    <w:unhideWhenUsed/>
    <w:pPr>
      <w:spacing w:after="120"/>
    </w:pPr>
  </w:style>
  <w:style w:type="character" w:customStyle="1" w:styleId="BodyTextChar">
    <w:name w:val="Body Text Char"/>
    <w:uiPriority w:val="99"/>
    <w:basedOn w:val="DefaultParagraphFont"/>
    <w:link w:val="BodyText"/>
  </w:style>
  <w:style w:type="paragraph" w:customStyle="1" w:styleId="BodyText2">
    <w:name w:val="Body Text 2"/>
    <w:uiPriority w:val="99"/>
    <w:basedOn w:val="Normal"/>
    <w:link w:val="BodyText2Char"/>
    <w:unhideWhenUsed/>
    <w:pPr>
      <w:spacing w:after="120" w:line="480" w:lineRule="auto"/>
    </w:pPr>
  </w:style>
  <w:style w:type="character" w:customStyle="1" w:styleId="BodyText2Char">
    <w:name w:val="Body Text 2 Char"/>
    <w:uiPriority w:val="99"/>
    <w:basedOn w:val="DefaultParagraphFont"/>
    <w:link w:val="BodyText2"/>
  </w:style>
  <w:style w:type="paragraph" w:customStyle="1" w:styleId="BodyText3">
    <w:name w:val="Body Text 3"/>
    <w:uiPriority w:val="99"/>
    <w:basedOn w:val="Normal"/>
    <w:link w:val="BodyText3Char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uiPriority w:val="99"/>
    <w:basedOn w:val="DefaultParagraphFont"/>
    <w:link w:val="BodyText3"/>
    <w:rPr>
      <w:sz w:val="16"/>
      <w:szCs w:val="16"/>
    </w:rPr>
  </w:style>
  <w:style w:type="paragraph" w:customStyle="1" w:styleId="List">
    <w:name w:val="List"/>
    <w:uiPriority w:val="99"/>
    <w:basedOn w:val="Normal"/>
    <w:unhideWhenUsed/>
    <w:pPr>
      <w:ind w:left="360" w:hanging="360"/>
      <w:contextualSpacing/>
    </w:pPr>
  </w:style>
  <w:style w:type="paragraph" w:customStyle="1" w:styleId="List2">
    <w:name w:val="List 2"/>
    <w:uiPriority w:val="99"/>
    <w:basedOn w:val="Normal"/>
    <w:unhideWhenUsed/>
    <w:pPr>
      <w:ind w:left="720" w:hanging="360"/>
      <w:contextualSpacing/>
    </w:pPr>
  </w:style>
  <w:style w:type="paragraph" w:customStyle="1" w:styleId="List3">
    <w:name w:val="List 3"/>
    <w:uiPriority w:val="99"/>
    <w:basedOn w:val="Normal"/>
    <w:unhideWhenUsed/>
    <w:pPr>
      <w:ind w:left="1080" w:hanging="360"/>
      <w:contextualSpacing/>
    </w:pPr>
  </w:style>
  <w:style w:type="paragraph" w:customStyle="1" w:styleId="ListBullet">
    <w:name w:val="List Bullet"/>
    <w:uiPriority w:val="99"/>
    <w:basedOn w:val="Normal"/>
    <w:unhideWhenUsed/>
    <w:pPr>
      <w:contextualSpacing/>
      <w:numPr>
        <w:ilvl w:val="0"/>
        <w:numId w:val="1"/>
      </w:numPr>
    </w:pPr>
  </w:style>
  <w:style w:type="paragraph" w:customStyle="1" w:styleId="ListBullet2">
    <w:name w:val="List Bullet 2"/>
    <w:uiPriority w:val="99"/>
    <w:basedOn w:val="Normal"/>
    <w:unhideWhenUsed/>
    <w:pPr>
      <w:contextualSpacing/>
      <w:numPr>
        <w:ilvl w:val="0"/>
        <w:numId w:val="2"/>
      </w:numPr>
    </w:pPr>
  </w:style>
  <w:style w:type="paragraph" w:customStyle="1" w:styleId="ListBullet3">
    <w:name w:val="List Bullet 3"/>
    <w:uiPriority w:val="99"/>
    <w:basedOn w:val="Normal"/>
    <w:unhideWhenUsed/>
    <w:pPr>
      <w:contextualSpacing/>
      <w:numPr>
        <w:ilvl w:val="0"/>
        <w:numId w:val="3"/>
      </w:numPr>
    </w:pPr>
  </w:style>
  <w:style w:type="paragraph" w:customStyle="1" w:styleId="ListNumber">
    <w:name w:val="List Number"/>
    <w:uiPriority w:val="99"/>
    <w:basedOn w:val="Normal"/>
    <w:unhideWhenUsed/>
    <w:pPr>
      <w:contextualSpacing/>
      <w:numPr>
        <w:ilvl w:val="0"/>
        <w:numId w:val="4"/>
      </w:numPr>
    </w:pPr>
  </w:style>
  <w:style w:type="paragraph" w:customStyle="1" w:styleId="ListNumber2">
    <w:name w:val="List Number 2"/>
    <w:uiPriority w:val="99"/>
    <w:basedOn w:val="Normal"/>
    <w:unhideWhenUsed/>
    <w:pPr>
      <w:contextualSpacing/>
      <w:numPr>
        <w:ilvl w:val="0"/>
        <w:numId w:val="5"/>
      </w:numPr>
    </w:pPr>
  </w:style>
  <w:style w:type="paragraph" w:customStyle="1" w:styleId="ListNumber3">
    <w:name w:val="List Number 3"/>
    <w:uiPriority w:val="99"/>
    <w:basedOn w:val="Normal"/>
    <w:unhideWhenUsed/>
    <w:pPr>
      <w:contextualSpacing/>
      <w:numPr>
        <w:ilvl w:val="0"/>
        <w:numId w:val="6"/>
      </w:numPr>
    </w:pPr>
  </w:style>
  <w:style w:type="paragraph" w:customStyle="1" w:styleId="ListContinue">
    <w:name w:val="List Continue"/>
    <w:uiPriority w:val="99"/>
    <w:basedOn w:val="Normal"/>
    <w:unhideWhenUsed/>
    <w:pPr>
      <w:ind w:left="360"/>
      <w:contextualSpacing/>
      <w:spacing w:after="120"/>
    </w:pPr>
  </w:style>
  <w:style w:type="paragraph" w:customStyle="1" w:styleId="ListContinue2">
    <w:name w:val="List Continue 2"/>
    <w:uiPriority w:val="99"/>
    <w:basedOn w:val="Normal"/>
    <w:unhideWhenUsed/>
    <w:pPr>
      <w:ind w:left="720"/>
      <w:contextualSpacing/>
      <w:spacing w:after="120"/>
    </w:pPr>
  </w:style>
  <w:style w:type="paragraph" w:customStyle="1" w:styleId="ListContinue3">
    <w:name w:val="List Continue 3"/>
    <w:uiPriority w:val="99"/>
    <w:basedOn w:val="Normal"/>
    <w:unhideWhenUsed/>
    <w:pPr>
      <w:ind w:left="1080"/>
      <w:contextualSpacing/>
      <w:spacing w:after="120"/>
    </w:pPr>
  </w:style>
  <w:style w:type="paragraph" w:customStyle="1" w:styleId="MacroText">
    <w:name w:val="macro"/>
    <w:uiPriority w:val="99"/>
    <w:link w:val="MacroTextChar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uiPriority w:val="99"/>
    <w:basedOn w:val="DefaultParagraphFont"/>
    <w:link w:val="MacroText"/>
    <w:rPr>
      <w:rFonts w:ascii="Courier" w:hAnsi="Courier"/>
      <w:sz w:val="20"/>
      <w:szCs w:val="20"/>
    </w:rPr>
  </w:style>
  <w:style w:type="paragraph" w:styleId="Quote">
    <w:name w:val="Quote"/>
    <w:uiPriority w:val="29"/>
    <w:basedOn w:val="Normal"/>
    <w:next w:val="Normal"/>
    <w:link w:val="QuoteChar"/>
    <w:qFormat/>
    <w:rPr>
      <w:i/>
      <w:iCs/>
      <w:color w:val="000000"/>
    </w:rPr>
  </w:style>
  <w:style w:type="character" w:customStyle="1" w:styleId="QuoteChar">
    <w:name w:val="Quote Char"/>
    <w:uiPriority w:val="29"/>
    <w:basedOn w:val="DefaultParagraphFont"/>
    <w:link w:val="Quote"/>
    <w:rPr>
      <w:i/>
      <w:iCs/>
      <w:color w:val="000000"/>
    </w:rPr>
  </w:style>
  <w:style w:type="character" w:customStyle="1" w:styleId="Heading4Char">
    <w:name w:val="Heading 4 Char"/>
    <w:uiPriority w:val="9"/>
    <w:basedOn w:val="DefaultParagraphFont"/>
    <w:link w:val="Heading4"/>
    <w:semiHidden/>
    <w:rPr>
      <w:rFonts w:asciiTheme="majorHAnsi" w:eastAsiaTheme="majorEastAsia" w:hAnsiTheme="majorHAnsi" w:cstheme="majorBidi"/>
      <w:b/>
      <w:bCs/>
      <w:i/>
      <w:iCs/>
      <w:color w:val="4F81BD"/>
    </w:rPr>
  </w:style>
  <w:style w:type="character" w:customStyle="1" w:styleId="Heading5Char">
    <w:name w:val="Heading 5 Char"/>
    <w:uiPriority w:val="9"/>
    <w:basedOn w:val="DefaultParagraphFont"/>
    <w:link w:val="Heading5"/>
    <w:semiHidden/>
    <w:rPr>
      <w:rFonts w:asciiTheme="majorHAnsi" w:eastAsiaTheme="majorEastAsia" w:hAnsiTheme="majorHAnsi" w:cstheme="majorBidi"/>
      <w:color w:val="244061"/>
    </w:rPr>
  </w:style>
  <w:style w:type="character" w:customStyle="1" w:styleId="Heading6Char">
    <w:name w:val="Heading 6 Char"/>
    <w:uiPriority w:val="9"/>
    <w:basedOn w:val="DefaultParagraphFont"/>
    <w:link w:val="Heading6"/>
    <w:semiHidden/>
    <w:rPr>
      <w:rFonts w:asciiTheme="majorHAnsi" w:eastAsiaTheme="majorEastAsia" w:hAnsiTheme="majorHAnsi" w:cstheme="majorBidi"/>
      <w:i/>
      <w:iCs/>
      <w:color w:val="244061"/>
    </w:rPr>
  </w:style>
  <w:style w:type="character" w:customStyle="1" w:styleId="Heading7Char">
    <w:name w:val="Heading 7 Char"/>
    <w:uiPriority w:val="9"/>
    <w:basedOn w:val="DefaultParagraphFont"/>
    <w:link w:val="Heading7"/>
    <w:semiHidden/>
    <w:rPr>
      <w:rFonts w:asciiTheme="majorHAnsi" w:eastAsiaTheme="majorEastAsia" w:hAnsiTheme="majorHAnsi" w:cstheme="majorBidi"/>
      <w:i/>
      <w:iCs/>
      <w:color w:val="3F3F3F"/>
    </w:rPr>
  </w:style>
  <w:style w:type="character" w:customStyle="1" w:styleId="Heading8Char">
    <w:name w:val="Heading 8 Char"/>
    <w:uiPriority w:val="9"/>
    <w:basedOn w:val="DefaultParagraphFont"/>
    <w:link w:val="Heading8"/>
    <w:semiHidden/>
    <w:rPr>
      <w:rFonts w:asciiTheme="majorHAnsi" w:eastAsiaTheme="majorEastAsia" w:hAnsiTheme="majorHAnsi" w:cstheme="majorBidi"/>
      <w:color w:val="4F81BD"/>
      <w:sz w:val="20"/>
      <w:szCs w:val="20"/>
    </w:rPr>
  </w:style>
  <w:style w:type="character" w:customStyle="1" w:styleId="Heading9Char">
    <w:name w:val="Heading 9 Char"/>
    <w:uiPriority w:val="9"/>
    <w:basedOn w:val="DefaultParagraphFont"/>
    <w:link w:val="Heading9"/>
    <w:semiHidden/>
    <w:rPr>
      <w:rFonts w:asciiTheme="majorHAnsi" w:eastAsiaTheme="majorEastAsia" w:hAnsiTheme="majorHAnsi" w:cstheme="majorBidi"/>
      <w:i/>
      <w:iCs/>
      <w:color w:val="3F3F3F"/>
      <w:sz w:val="20"/>
      <w:szCs w:val="20"/>
    </w:rPr>
  </w:style>
  <w:style w:type="paragraph" w:styleId="Caption">
    <w:name w:val="caption"/>
    <w:uiPriority w:val="35"/>
    <w:basedOn w:val="Normal"/>
    <w:next w:val="Normal"/>
    <w:qFormat/>
    <w:semiHidden/>
    <w:unhideWhenUsed/>
    <w:pPr>
      <w:spacing w:line="240" w:lineRule="auto"/>
    </w:pPr>
    <w:rPr>
      <w:b/>
      <w:bCs/>
      <w:color w:val="4F81BD"/>
      <w:sz w:val="18"/>
      <w:szCs w:val="18"/>
    </w:rPr>
  </w:style>
  <w:style w:type="character" w:styleId="Strong">
    <w:name w:val="Strong"/>
    <w:uiPriority w:val="22"/>
    <w:basedOn w:val="DefaultParagraphFont"/>
    <w:qFormat/>
    <w:rPr>
      <w:b/>
      <w:bCs/>
    </w:rPr>
  </w:style>
  <w:style w:type="character" w:styleId="Emphasis">
    <w:name w:val="Emphasis"/>
    <w:uiPriority w:val="20"/>
    <w:basedOn w:val="DefaultParagraphFont"/>
    <w:qFormat/>
    <w:rPr>
      <w:i/>
      <w:iCs/>
    </w:rPr>
  </w:style>
  <w:style w:type="paragraph" w:styleId="IntenseQuote">
    <w:name w:val="Intense Quote"/>
    <w:uiPriority w:val="30"/>
    <w:basedOn w:val="Normal"/>
    <w:next w:val="Normal"/>
    <w:link w:val="IntenseQuoteChar"/>
    <w:qFormat/>
    <w:pPr>
      <w:ind w:left="936" w:right="936"/>
      <w:pBdr>
        <w:bottom w:val="single" w:sz="4" w:space="4" w:color="4F81BD" w:themeColor="accent1"/>
      </w:pBdr>
      <w:spacing w:after="280" w:before="200"/>
    </w:pPr>
    <w:rPr>
      <w:b/>
      <w:bCs/>
      <w:i/>
      <w:iCs/>
      <w:color w:val="4F81BD"/>
    </w:rPr>
  </w:style>
  <w:style w:type="character" w:customStyle="1" w:styleId="IntenseQuoteChar">
    <w:name w:val="Intense Quote Char"/>
    <w:uiPriority w:val="30"/>
    <w:basedOn w:val="DefaultParagraphFont"/>
    <w:link w:val="IntenseQuote"/>
    <w:rPr>
      <w:b/>
      <w:bCs/>
      <w:i/>
      <w:iCs/>
      <w:color w:val="4F81BD"/>
    </w:rPr>
  </w:style>
  <w:style w:type="character" w:styleId="SubtleEmphasis">
    <w:name w:val="Subtle Emphasis"/>
    <w:uiPriority w:val="19"/>
    <w:basedOn w:val="DefaultParagraphFont"/>
    <w:qFormat/>
    <w:rPr>
      <w:i/>
      <w:iCs/>
      <w:color w:val="7F7F7F"/>
    </w:rPr>
  </w:style>
  <w:style w:type="character" w:styleId="IntenseEmphasis">
    <w:name w:val="Intense Emphasis"/>
    <w:uiPriority w:val="21"/>
    <w:basedOn w:val="DefaultParagraphFont"/>
    <w:qFormat/>
    <w:rPr>
      <w:b/>
      <w:bCs/>
      <w:i/>
      <w:iCs/>
      <w:color w:val="4F81BD"/>
    </w:rPr>
  </w:style>
  <w:style w:type="character" w:styleId="SubtleReference">
    <w:name w:val="Subtle Reference"/>
    <w:uiPriority w:val="31"/>
    <w:basedOn w:val="DefaultParagraphFont"/>
    <w:qFormat/>
    <w:rPr>
      <w:smallCaps/>
      <w:color w:val="C0504D"/>
      <w:u w:val="single" w:color="auto"/>
    </w:rPr>
  </w:style>
  <w:style w:type="character" w:styleId="IntenseReference">
    <w:name w:val="Intense Reference"/>
    <w:uiPriority w:val="32"/>
    <w:basedOn w:val="DefaultParagraphFont"/>
    <w:qFormat/>
    <w:rPr>
      <w:b/>
      <w:bCs/>
      <w:smallCaps/>
      <w:color w:val="C0504D"/>
      <w:u w:val="single" w:color="auto"/>
      <w:spacing w:val="5"/>
    </w:rPr>
  </w:style>
  <w:style w:type="character" w:styleId="BookTitle">
    <w:name w:val="Book Title"/>
    <w:uiPriority w:val="33"/>
    <w:basedOn w:val="DefaultParagraphFont"/>
    <w:qFormat/>
    <w:rPr>
      <w:b/>
      <w:bCs/>
      <w:smallCaps/>
      <w:spacing w:val="5"/>
    </w:rPr>
  </w:style>
  <w:style w:type="paragraph" w:styleId="TOCHeading">
    <w:name w:val="TOC Heading"/>
    <w:uiPriority w:val="39"/>
    <w:basedOn w:val="Heading1"/>
    <w:next w:val="Normal"/>
    <w:qFormat/>
    <w:semiHidden/>
    <w:unhideWhenUsed/>
    <w:pPr>
      <w:outlineLvl w:val="9"/>
    </w:pPr>
  </w:style>
  <w:style w:type="table" w:styleId="TableGrid">
    <w:name w:val="Table Grid"/>
    <w:uiPriority w:val="59"/>
    <w:basedOn w:val="TableNormal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uiPriority w:val="60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000000" w:themeColor="dk1"/>
        <w:bottom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000000" w:themeColor="dk1"/>
          <w:left w:val="nil"/>
          <w:bottom w:val="single" w:sz="8" w:space="0" w:color="000000" w:themeColor="dk1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000000" w:themeColor="dk1"/>
          <w:left w:val="nil"/>
          <w:bottom w:val="single" w:sz="8" w:space="0" w:color="000000" w:themeColor="dk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</w:style>
  <w:style w:type="table" w:styleId="LightShading-Accent1">
    <w:name w:val="Light Shading Accent 1"/>
    <w:uiPriority w:val="60"/>
    <w:basedOn w:val="TableNormal"/>
    <w:pPr>
      <w:spacing w:after="0" w:line="240" w:lineRule="auto"/>
    </w:pPr>
    <w:rPr>
      <w:color w:val="376092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uiPriority w:val="60"/>
    <w:basedOn w:val="TableNormal"/>
    <w:pPr>
      <w:spacing w:after="0" w:line="240" w:lineRule="auto"/>
    </w:pPr>
    <w:rPr>
      <w:color w:val="953735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LightShading-Accent3">
    <w:name w:val="Light Shading Accent 3"/>
    <w:uiPriority w:val="60"/>
    <w:basedOn w:val="TableNormal"/>
    <w:pPr>
      <w:spacing w:after="0" w:line="240" w:lineRule="auto"/>
    </w:pPr>
    <w:rPr>
      <w:color w:val="76933C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uiPriority w:val="60"/>
    <w:basedOn w:val="TableNormal"/>
    <w:pPr>
      <w:spacing w:after="0" w:line="240" w:lineRule="auto"/>
    </w:pPr>
    <w:rPr>
      <w:color w:val="604A7B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uiPriority w:val="60"/>
    <w:basedOn w:val="TableNormal"/>
    <w:pPr>
      <w:spacing w:after="0" w:line="240" w:lineRule="auto"/>
    </w:pPr>
    <w:rPr>
      <w:color w:val="31859B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LightShading-Accent6">
    <w:name w:val="Light Shading Accent 6"/>
    <w:uiPriority w:val="60"/>
    <w:basedOn w:val="TableNormal"/>
    <w:pPr>
      <w:spacing w:after="0" w:line="240" w:lineRule="auto"/>
    </w:pPr>
    <w:rPr>
      <w:color w:val="E46C0A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LightList">
    <w:name w:val="Light List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000000" w:themeFill="dk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  <w:tblStylePr w:type="band1Horz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</w:style>
  <w:style w:type="table" w:styleId="LightList-Accent1">
    <w:name w:val="Light List Accent 1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4F81BD" w:themeFill="accent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C0504D" w:themeFill="accent2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9BBB59" w:themeFill="accent3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8064A2" w:themeFill="accent4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4BACC6" w:themeFill="accent5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F79646" w:themeFill="accent6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  <w:insideH w:val="single" w:sz="8" w:space="0" w:color="000000" w:themeColor="dk1"/>
        <w:insideV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18" w:space="0" w:color="000000" w:themeColor="dk1"/>
          <w:right w:val="single" w:sz="8" w:space="0" w:color="000000" w:themeColor="dk1"/>
          <w:insideH w:val="nil"/>
          <w:insideV w:val="single" w:sz="8" w:space="0" w:color="000000" w:themeColor="dk1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  <w:insideH w:val="nil"/>
          <w:insideV w:val="single" w:sz="8" w:space="0" w:color="000000" w:themeColor="dk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  <w:tblStylePr w:type="band1Vert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  <w:shd w:val="clear" w:color="auto" w:fill="BFBFBF" w:themeFill="dk1" w:themeFillTint="3f"/>
      </w:tcPr>
    </w:tblStylePr>
    <w:tblStylePr w:type="band1Horz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  <w:insideV w:val="single" w:sz="8" w:space="0" w:color="000000" w:themeColor="dk1"/>
        </w:tcBorders>
        <w:shd w:val="clear" w:color="auto" w:fill="BFBFBF" w:themeFill="dk1" w:themeFillTint="3f"/>
      </w:tcPr>
    </w:tblStylePr>
    <w:tblStylePr w:type="band2Horz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  <w:insideV w:val="single" w:sz="8" w:space="0" w:color="000000" w:themeColor="dk1"/>
        </w:tcBorders>
      </w:tcPr>
    </w:tblStylePr>
  </w:style>
  <w:style w:type="table" w:styleId="LightGrid-Accent1">
    <w:name w:val="Light Grid Accent 1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3F3F3F" w:themeColor="dk1" w:themeTint="bf"/>
        <w:left w:val="single" w:sz="8" w:space="0" w:color="3F3F3F" w:themeColor="dk1" w:themeTint="bf"/>
        <w:bottom w:val="single" w:sz="8" w:space="0" w:color="3F3F3F" w:themeColor="dk1" w:themeTint="bf"/>
        <w:right w:val="single" w:sz="8" w:space="0" w:color="3F3F3F" w:themeColor="dk1" w:themeTint="bf"/>
        <w:insideH w:val="single" w:sz="8" w:space="0" w:color="3F3F3F" w:themeColor="dk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3F3F3F" w:themeColor="dk1" w:themeTint="bf"/>
          <w:left w:val="single" w:sz="8" w:space="0" w:color="3F3F3F" w:themeColor="dk1" w:themeTint="bf"/>
          <w:bottom w:val="single" w:sz="8" w:space="0" w:color="3F3F3F" w:themeColor="dk1" w:themeTint="bf"/>
          <w:right w:val="single" w:sz="8" w:space="0" w:color="3F3F3F" w:themeColor="dk1" w:themeTint="bf"/>
          <w:insideH w:val="nil"/>
          <w:insideV w:val="nil"/>
        </w:tcBorders>
        <w:shd w:val="clear" w:color="auto" w:fill="000000" w:themeFill="dk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3F3F3F" w:themeColor="dk1" w:themeTint="bf"/>
          <w:left w:val="single" w:sz="8" w:space="0" w:color="3F3F3F" w:themeColor="dk1" w:themeTint="bf"/>
          <w:bottom w:val="single" w:sz="8" w:space="0" w:color="3F3F3F" w:themeColor="dk1" w:themeTint="bf"/>
          <w:right w:val="single" w:sz="8" w:space="0" w:color="3F3F3F" w:themeColor="dk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dk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dk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B4CC82" w:themeColor="accent3" w:themeTint="bf"/>
        <w:left w:val="single" w:sz="8" w:space="0" w:color="B4CC82" w:themeColor="accent3" w:themeTint="bf"/>
        <w:bottom w:val="single" w:sz="8" w:space="0" w:color="B4CC82" w:themeColor="accent3" w:themeTint="bf"/>
        <w:right w:val="single" w:sz="8" w:space="0" w:color="B4CC82" w:themeColor="accent3" w:themeTint="bf"/>
        <w:insideH w:val="single" w:sz="8" w:space="0" w:color="B4CC82" w:themeColor="accent3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B4CC82" w:themeColor="accent3" w:themeTint="bf"/>
          <w:left w:val="single" w:sz="8" w:space="0" w:color="B4CC82" w:themeColor="accent3" w:themeTint="bf"/>
          <w:bottom w:val="single" w:sz="8" w:space="0" w:color="B4CC82" w:themeColor="accent3" w:themeTint="bf"/>
          <w:right w:val="single" w:sz="8" w:space="0" w:color="B4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B4CC82" w:themeColor="accent3" w:themeTint="bf"/>
          <w:left w:val="single" w:sz="8" w:space="0" w:color="B4CC82" w:themeColor="accent3" w:themeTint="bf"/>
          <w:bottom w:val="single" w:sz="8" w:space="0" w:color="B4CC82" w:themeColor="accent3" w:themeTint="bf"/>
          <w:right w:val="single" w:sz="8" w:space="0" w:color="B4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dk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dk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000000" w:themeColor="dk1"/>
        <w:bottom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dk1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 w:themeColor="dk1"/>
          <w:bottom w:val="single" w:sz="8" w:space="0" w:color="000000" w:themeColor="dk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dk1"/>
          <w:bottom w:val="single" w:sz="8" w:space="0" w:color="000000" w:themeColor="dk1"/>
        </w:tcBorders>
      </w:tcPr>
    </w:tblStylePr>
    <w:tblStylePr w:type="band1Vert">
      <w:tblPr/>
      <w:tcPr>
        <w:shd w:val="clear" w:color="auto" w:fill="BFBFBF" w:themeFill="dk1" w:themeFillTint="3f"/>
      </w:tcPr>
    </w:tblStylePr>
    <w:tblStylePr w:type="band1Horz">
      <w:tblPr/>
      <w:tcPr>
        <w:shd w:val="clear" w:color="auto" w:fill="BFBFBF" w:themeFill="dk1" w:themeFillTint="3f"/>
      </w:tcPr>
    </w:tblStylePr>
  </w:style>
  <w:style w:type="table" w:styleId="MediumList1-Accent1">
    <w:name w:val="Medium List 1 Accent 1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MediumList1-Accent3">
    <w:name w:val="Medium List 1 Accent 3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MediumList1-Accent6">
    <w:name w:val="Medium List 1 Accent 6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MediumList2">
    <w:name w:val="Medium List 2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dk1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dk1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000000" w:themeColor="dk1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dk1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3F3F3F" w:themeColor="dk1" w:themeTint="bf"/>
        <w:left w:val="single" w:sz="8" w:space="0" w:color="3F3F3F" w:themeColor="dk1" w:themeTint="bf"/>
        <w:bottom w:val="single" w:sz="8" w:space="0" w:color="3F3F3F" w:themeColor="dk1" w:themeTint="bf"/>
        <w:right w:val="single" w:sz="8" w:space="0" w:color="3F3F3F" w:themeColor="dk1" w:themeTint="bf"/>
        <w:insideH w:val="single" w:sz="8" w:space="0" w:color="3F3F3F" w:themeColor="dk1" w:themeTint="bf"/>
        <w:insideV w:val="single" w:sz="8" w:space="0" w:color="3F3F3F" w:themeColor="dk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BFBFBF" w:themeFill="dk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F3F3F" w:themeColor="dk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dk1" w:themeFillTint="7f"/>
      </w:tcPr>
    </w:tblStylePr>
    <w:tblStylePr w:type="band1Horz">
      <w:tblPr/>
      <w:tcPr>
        <w:shd w:val="clear" w:color="auto" w:fill="7F7F7F" w:themeFill="dk1" w:themeFillTint="7f"/>
      </w:tcPr>
    </w:tblStylePr>
  </w:style>
  <w:style w:type="table" w:styleId="MediumGrid1-Accent1">
    <w:name w:val="Medium Grid 1 Accent 1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MediumGrid1-Accent2">
    <w:name w:val="Medium Grid 1 Accent 2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B4CC82" w:themeColor="accent3" w:themeTint="bf"/>
        <w:left w:val="single" w:sz="8" w:space="0" w:color="B4CC82" w:themeColor="accent3" w:themeTint="bf"/>
        <w:bottom w:val="single" w:sz="8" w:space="0" w:color="B4CC82" w:themeColor="accent3" w:themeTint="bf"/>
        <w:right w:val="single" w:sz="8" w:space="0" w:color="B4CC82" w:themeColor="accent3" w:themeTint="bf"/>
        <w:insideH w:val="single" w:sz="8" w:space="0" w:color="B4CC82" w:themeColor="accent3" w:themeTint="bf"/>
        <w:insideV w:val="single" w:sz="8" w:space="0" w:color="B4CC82" w:themeColor="accent3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  <w:insideH w:val="single" w:sz="8" w:space="0" w:color="000000" w:themeColor="dk1"/>
        <w:insideV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BFBFBF" w:themeFill="dk1" w:themeFillTint="3f"/>
    </w:tcPr>
    <w:tblStylePr w:type="firstRow">
      <w:rPr>
        <w:b/>
        <w:bCs/>
        <w:color w:val="000000"/>
      </w:rPr>
      <w:tblPr/>
      <w:tcPr>
        <w:shd w:val="clear" w:color="auto" w:fill="E5E5E5" w:themeFill="dk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BCB" w:themeFill="dk1" w:themeFillTint="33"/>
      </w:tcPr>
    </w:tblStylePr>
    <w:tblStylePr w:type="band1Vert">
      <w:tblPr/>
      <w:tcPr>
        <w:shd w:val="clear" w:color="auto" w:fill="7F7F7F" w:themeFill="dk1" w:themeFillTint="7f"/>
      </w:tcPr>
    </w:tblStylePr>
    <w:tblStylePr w:type="band1Horz">
      <w:tblPr/>
      <w:tcPr>
        <w:tcBorders>
          <w:insideH w:val="single" w:sz="6" w:space="0" w:color="000000" w:themeColor="dk1"/>
          <w:insideV w:val="single" w:sz="6" w:space="0" w:color="000000" w:themeColor="dk1"/>
        </w:tcBorders>
        <w:shd w:val="clear" w:color="auto" w:fill="7F7F7F" w:themeFill="dk1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1">
    <w:name w:val="Medium Grid 2 Accent 1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3DFEE" w:themeFill="accent1" w:themeFillTint="3f"/>
    </w:tcPr>
    <w:tblStylePr w:type="firstRow">
      <w:rPr>
        <w:b/>
        <w:bCs/>
        <w:color w:val="000000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2">
    <w:name w:val="Medium Grid 2 Accent 2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FD3D3" w:themeFill="accent2" w:themeFillTint="3f"/>
    </w:tcPr>
    <w:tblStylePr w:type="firstRow">
      <w:rPr>
        <w:b/>
        <w:bCs/>
        <w:color w:val="000000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3">
    <w:name w:val="Medium Grid 2 Accent 3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6EED5" w:themeFill="accent3" w:themeFillTint="3f"/>
    </w:tcPr>
    <w:tblStylePr w:type="firstRow">
      <w:rPr>
        <w:b/>
        <w:bCs/>
        <w:color w:val="000000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4">
    <w:name w:val="Medium Grid 2 Accent 4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FD8E8" w:themeFill="accent4" w:themeFillTint="3f"/>
    </w:tcPr>
    <w:tblStylePr w:type="firstRow">
      <w:rPr>
        <w:b/>
        <w:bCs/>
        <w:color w:val="000000"/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0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5">
    <w:name w:val="Medium Grid 2 Accent 5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2EAF0" w:themeFill="accent5" w:themeFillTint="3f"/>
    </w:tcPr>
    <w:tblStylePr w:type="firstRow">
      <w:rPr>
        <w:b/>
        <w:bCs/>
        <w:color w:val="000000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6">
    <w:name w:val="Medium Grid 2 Accent 6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5D1" w:themeFill="accent6" w:themeFillTint="3f"/>
    </w:tcPr>
    <w:tblStylePr w:type="firstRow">
      <w:rPr>
        <w:b/>
        <w:bCs/>
        <w:color w:val="000000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A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3">
    <w:name w:val="Medium Grid 3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BFBFBF" w:themeFill="dk1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000000" w:themeFill="dk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000000" w:themeFill="dk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000000" w:themeFill="dk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000000" w:themeFill="dk1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7F7F7F" w:themeFill="dk1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7F7F7F" w:themeFill="dk1" w:themeFillTint="7f"/>
      </w:tcPr>
    </w:tblStylePr>
  </w:style>
  <w:style w:type="table" w:styleId="MediumGrid3-Accent1">
    <w:name w:val="Medium Grid 3 Accent 1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A7C0DE" w:themeFill="accent1" w:themeFillTint="7f"/>
      </w:tcPr>
    </w:tblStylePr>
  </w:style>
  <w:style w:type="table" w:styleId="MediumGrid3-Accent2">
    <w:name w:val="Medium Grid 3 Accent 2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FBCAA2" w:themeFill="accent6" w:themeFillTint="7f"/>
      </w:tcPr>
    </w:tblStylePr>
  </w:style>
  <w:style w:type="table" w:styleId="DarkList">
    <w:name w:val="Dark List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000000" w:themeFill="dk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000000" w:themeFill="dk1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</w:style>
  <w:style w:type="table" w:styleId="DarkList-Accent1">
    <w:name w:val="Dark List Accent 1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2440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37609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37609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609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6092" w:themeFill="accent1" w:themeFillShade="bf"/>
      </w:tcPr>
    </w:tblStylePr>
  </w:style>
  <w:style w:type="table" w:styleId="DarkList-Accent2">
    <w:name w:val="Dark List Accent 2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6325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95373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95373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373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3735" w:themeFill="accent2" w:themeFillShade="bf"/>
      </w:tcPr>
    </w:tblStylePr>
  </w:style>
  <w:style w:type="table" w:styleId="DarkList-Accent3">
    <w:name w:val="Dark List Accent 3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4F62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7693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7693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3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33C" w:themeFill="accent3" w:themeFillShade="bf"/>
      </w:tcPr>
    </w:tblStylePr>
  </w:style>
  <w:style w:type="table" w:styleId="DarkList-Accent4">
    <w:name w:val="Dark List Accent 4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40315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604A7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604A7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A7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A7B" w:themeFill="accent4" w:themeFillShade="bf"/>
      </w:tcPr>
    </w:tblStylePr>
  </w:style>
  <w:style w:type="table" w:styleId="DarkList-Accent5">
    <w:name w:val="Dark List Accent 5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21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3185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3185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5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59B" w:themeFill="accent5" w:themeFillShade="bf"/>
      </w:tcPr>
    </w:tblStylePr>
  </w:style>
  <w:style w:type="table" w:styleId="DarkList-Accent6">
    <w:name w:val="Dark List Accent 6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97480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E4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E4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6C0A" w:themeFill="accent6" w:themeFillShade="bf"/>
      </w:tcPr>
    </w:tblStylePr>
  </w:style>
  <w:style w:type="table" w:styleId="ColorfulShading">
    <w:name w:val="Colorful Shading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C0504D" w:themeColor="accent2"/>
        <w:left w:val="single" w:sz="4" w:space="0" w:color="000000" w:themeColor="dk1"/>
        <w:bottom w:val="single" w:sz="4" w:space="0" w:color="000000" w:themeColor="dk1"/>
        <w:right w:val="single" w:sz="4" w:space="0" w:color="000000" w:themeColor="dk1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5E5E5" w:themeFill="dk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000000" w:themeFill="dk1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dk1" w:themeShade="99"/>
          <w:insideV w:val="nil"/>
        </w:tcBorders>
        <w:shd w:val="clear" w:color="auto" w:fill="000000" w:themeFill="dk1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  <w:tblStylePr w:type="band1Vert">
      <w:tblPr/>
      <w:tcPr>
        <w:shd w:val="clear" w:color="auto" w:fill="989898" w:themeFill="dk1" w:themeFillTint="66"/>
      </w:tcPr>
    </w:tblStylePr>
    <w:tblStylePr w:type="band1Horz">
      <w:tblPr/>
      <w:tcPr>
        <w:shd w:val="clear" w:color="auto" w:fill="7F7F7F" w:themeFill="dk1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2C4D75" w:themeFill="accent1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D75" w:themeColor="accent1" w:themeShade="99"/>
          <w:insideV w:val="nil"/>
        </w:tcBorders>
        <w:shd w:val="clear" w:color="auto" w:fill="2C4D75" w:themeFill="accent1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D75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772C2A" w:themeFill="accent2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9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5F7530" w:themeFill="accent3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F7530" w:themeColor="accent3" w:themeShade="99"/>
          <w:insideV w:val="nil"/>
        </w:tcBorders>
        <w:shd w:val="clear" w:color="auto" w:fill="5F7530" w:themeFill="accent3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7530" w:themeFill="accent3" w:themeFillShade="99"/>
      </w:tcPr>
    </w:tblStylePr>
    <w:tblStylePr w:type="band1Vert">
      <w:tblPr/>
      <w:tcPr>
        <w:shd w:val="clear" w:color="auto" w:fill="D7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4D3B62" w:themeFill="accent4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D3B62" w:themeColor="accent4" w:themeShade="99"/>
          <w:insideV w:val="nil"/>
        </w:tcBorders>
        <w:shd w:val="clear" w:color="auto" w:fill="4D3B62" w:themeFill="accent4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3B62" w:themeFill="accent4" w:themeFillShade="99"/>
      </w:tcPr>
    </w:tblStylePr>
    <w:tblStylePr w:type="band1Vert">
      <w:tblPr/>
      <w:tcPr>
        <w:shd w:val="clear" w:color="auto" w:fill="CCC1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276A7C" w:themeFill="accent5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7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B65708" w:themeFill="accent6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708" w:themeColor="accent6" w:themeShade="99"/>
          <w:insideV w:val="nil"/>
        </w:tcBorders>
        <w:shd w:val="clear" w:color="auto" w:fill="B65708" w:themeFill="accent6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708" w:themeFill="accent6" w:themeFillShade="99"/>
      </w:tcPr>
    </w:tblStylePr>
    <w:tblStylePr w:type="band1Vert">
      <w:tblPr/>
      <w:tcPr>
        <w:shd w:val="clear" w:color="auto" w:fill="FBD5B5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List">
    <w:name w:val="Colorful List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5E5E5" w:themeFill="dk1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9F3B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  <w:tblStylePr w:type="band1Horz">
      <w:tblPr/>
      <w:tcPr>
        <w:shd w:val="clear" w:color="auto" w:fill="CBCBCB" w:themeFill="dk1" w:themeFillTint="33"/>
      </w:tcPr>
    </w:tblStylePr>
  </w:style>
  <w:style w:type="table" w:styleId="ColorfulList-Accent1">
    <w:name w:val="Colorful List Accent 1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9F3B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9F3B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664F83" w:themeFill="accent4" w:themeFillShade="cc"/>
      </w:tcPr>
    </w:tblStylePr>
    <w:tblStylePr w:type="lastRow">
      <w:rPr>
        <w:b/>
        <w:bCs/>
        <w:color w:val="664F83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BF1DD" w:themeFill="accent3" w:themeFillTint="33"/>
      </w:tcPr>
    </w:tblStylePr>
  </w:style>
  <w:style w:type="table" w:styleId="ColorfulList-Accent4">
    <w:name w:val="Colorful List Accent 4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7E9D40" w:themeFill="accent3" w:themeFillShade="cc"/>
      </w:tcPr>
    </w:tblStylePr>
    <w:tblStylePr w:type="lastRow">
      <w:rPr>
        <w:b/>
        <w:bCs/>
        <w:color w:val="7E9D40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E0EC" w:themeFill="accent4" w:themeFillTint="33"/>
      </w:tcPr>
    </w:tblStylePr>
  </w:style>
  <w:style w:type="table" w:styleId="ColorfulList-Accent5">
    <w:name w:val="Colorful List Accent 5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F3740B" w:themeFill="accent6" w:themeFillShade="cc"/>
      </w:tcPr>
    </w:tblStylePr>
    <w:tblStylePr w:type="lastRow">
      <w:rPr>
        <w:b/>
        <w:bCs/>
        <w:color w:val="F3740B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358EA6" w:themeFill="accent5" w:themeFillShade="cc"/>
      </w:tcPr>
    </w:tblStylePr>
    <w:tblStylePr w:type="lastRow">
      <w:rPr>
        <w:b/>
        <w:bCs/>
        <w:color w:val="358EA6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AD9" w:themeFill="accent6" w:themeFillTint="33"/>
      </w:tcPr>
    </w:tblStylePr>
  </w:style>
  <w:style w:type="table" w:styleId="ColorfulGrid">
    <w:name w:val="Colorful Grid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CBCBCB" w:themeFill="dk1" w:themeFillTint="33"/>
    </w:tcPr>
    <w:tblStylePr w:type="firstRow">
      <w:rPr>
        <w:b/>
        <w:bCs/>
      </w:rPr>
      <w:tblPr/>
      <w:tcPr>
        <w:shd w:val="clear" w:color="auto" w:fill="989898" w:themeFill="dk1" w:themeFillTint="66"/>
      </w:tcPr>
    </w:tblStylePr>
    <w:tblStylePr w:type="lastRow">
      <w:rPr>
        <w:b/>
        <w:bCs/>
        <w:color w:val="000000"/>
      </w:rPr>
      <w:tblPr/>
      <w:tcPr>
        <w:shd w:val="clear" w:color="auto" w:fill="989898" w:themeFill="dk1" w:themeFillTint="66"/>
      </w:tcPr>
    </w:tblStylePr>
    <w:tblStylePr w:type="firstCol">
      <w:rPr>
        <w:color w:val="FFFFFF"/>
      </w:rPr>
      <w:tblPr/>
      <w:tcPr>
        <w:shd w:val="clear" w:color="auto" w:fill="000000" w:themeFill="dk1" w:themeFillShade="bf"/>
      </w:tcPr>
    </w:tblStylePr>
    <w:tblStylePr w:type="lastCol">
      <w:rPr>
        <w:color w:val="FFFFFF"/>
      </w:rPr>
      <w:tblPr/>
      <w:tcPr>
        <w:shd w:val="clear" w:color="auto" w:fill="000000" w:themeFill="dk1" w:themeFillShade="bf"/>
      </w:tcPr>
    </w:tblStylePr>
    <w:tblStylePr w:type="band1Vert">
      <w:tblPr/>
      <w:tcPr>
        <w:shd w:val="clear" w:color="auto" w:fill="7F7F7F" w:themeFill="dk1" w:themeFillTint="7f"/>
      </w:tcPr>
    </w:tblStylePr>
    <w:tblStylePr w:type="band1Horz">
      <w:tblPr/>
      <w:tcPr>
        <w:shd w:val="clear" w:color="auto" w:fill="7F7F7F" w:themeFill="dk1" w:themeFillTint="7f"/>
      </w:tcPr>
    </w:tblStylePr>
  </w:style>
  <w:style w:type="table" w:styleId="ColorfulGrid-Accent1">
    <w:name w:val="Colorful Grid Accent 1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/>
      </w:rPr>
      <w:tblPr/>
      <w:tcPr>
        <w:shd w:val="clear" w:color="auto" w:fill="B8CCE4" w:themeFill="accent1" w:themeFillTint="66"/>
      </w:tcPr>
    </w:tblStylePr>
    <w:tblStylePr w:type="firstCol">
      <w:rPr>
        <w:color w:val="FFFFFF"/>
      </w:rPr>
      <w:tblPr/>
      <w:tcPr>
        <w:shd w:val="clear" w:color="auto" w:fill="376092" w:themeFill="accent1" w:themeFillShade="bf"/>
      </w:tcPr>
    </w:tblStylePr>
    <w:tblStylePr w:type="lastCol">
      <w:rPr>
        <w:color w:val="FFFFFF"/>
      </w:rPr>
      <w:tblPr/>
      <w:tcPr>
        <w:shd w:val="clear" w:color="auto" w:fill="376092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ColorfulGrid-Accent2">
    <w:name w:val="Colorful Grid Accent 2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9B7" w:themeFill="accent2" w:themeFillTint="66"/>
      </w:tcPr>
    </w:tblStylePr>
    <w:tblStylePr w:type="lastRow">
      <w:rPr>
        <w:b/>
        <w:bCs/>
        <w:color w:val="000000"/>
      </w:rPr>
      <w:tblPr/>
      <w:tcPr>
        <w:shd w:val="clear" w:color="auto" w:fill="E5B9B7" w:themeFill="accent2" w:themeFillTint="66"/>
      </w:tcPr>
    </w:tblStylePr>
    <w:tblStylePr w:type="firstCol">
      <w:rPr>
        <w:color w:val="FFFFFF"/>
      </w:rPr>
      <w:tblPr/>
      <w:tcPr>
        <w:shd w:val="clear" w:color="auto" w:fill="953735" w:themeFill="accent2" w:themeFillShade="bf"/>
      </w:tcPr>
    </w:tblStylePr>
    <w:tblStylePr w:type="lastCol">
      <w:rPr>
        <w:color w:val="FFFFFF"/>
      </w:rPr>
      <w:tblPr/>
      <w:tcPr>
        <w:shd w:val="clear" w:color="auto" w:fill="953735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BF1DD" w:themeFill="accent3" w:themeFillTint="33"/>
    </w:tcPr>
    <w:tblStylePr w:type="firstRow">
      <w:rPr>
        <w:b/>
        <w:bCs/>
      </w:rPr>
      <w:tblPr/>
      <w:tcPr>
        <w:shd w:val="clear" w:color="auto" w:fill="D7E3BC" w:themeFill="accent3" w:themeFillTint="66"/>
      </w:tcPr>
    </w:tblStylePr>
    <w:tblStylePr w:type="lastRow">
      <w:rPr>
        <w:b/>
        <w:bCs/>
        <w:color w:val="000000"/>
      </w:rPr>
      <w:tblPr/>
      <w:tcPr>
        <w:shd w:val="clear" w:color="auto" w:fill="D7E3BC" w:themeFill="accent3" w:themeFillTint="66"/>
      </w:tcPr>
    </w:tblStylePr>
    <w:tblStylePr w:type="firstCol">
      <w:rPr>
        <w:color w:val="FFFFFF"/>
      </w:rPr>
      <w:tblPr/>
      <w:tcPr>
        <w:shd w:val="clear" w:color="auto" w:fill="76933C" w:themeFill="accent3" w:themeFillShade="bf"/>
      </w:tcPr>
    </w:tblStylePr>
    <w:tblStylePr w:type="lastCol">
      <w:rPr>
        <w:color w:val="FFFFFF"/>
      </w:rPr>
      <w:tblPr/>
      <w:tcPr>
        <w:shd w:val="clear" w:color="auto" w:fill="7693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5E0EC" w:themeFill="accent4" w:themeFillTint="33"/>
    </w:tcPr>
    <w:tblStylePr w:type="firstRow">
      <w:rPr>
        <w:b/>
        <w:bCs/>
      </w:rPr>
      <w:tblPr/>
      <w:tcPr>
        <w:shd w:val="clear" w:color="auto" w:fill="CCC1D9" w:themeFill="accent4" w:themeFillTint="66"/>
      </w:tcPr>
    </w:tblStylePr>
    <w:tblStylePr w:type="lastRow">
      <w:rPr>
        <w:b/>
        <w:bCs/>
        <w:color w:val="000000"/>
      </w:rPr>
      <w:tblPr/>
      <w:tcPr>
        <w:shd w:val="clear" w:color="auto" w:fill="CCC1D9" w:themeFill="accent4" w:themeFillTint="66"/>
      </w:tcPr>
    </w:tblStylePr>
    <w:tblStylePr w:type="firstCol">
      <w:rPr>
        <w:color w:val="FFFFFF"/>
      </w:rPr>
      <w:tblPr/>
      <w:tcPr>
        <w:shd w:val="clear" w:color="auto" w:fill="604A7B" w:themeFill="accent4" w:themeFillShade="bf"/>
      </w:tcPr>
    </w:tblStylePr>
    <w:tblStylePr w:type="lastCol">
      <w:rPr>
        <w:color w:val="FFFFFF"/>
      </w:rPr>
      <w:tblPr/>
      <w:tcPr>
        <w:shd w:val="clear" w:color="auto" w:fill="604A7B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7DDE8" w:themeFill="accent5" w:themeFillTint="66"/>
      </w:tcPr>
    </w:tblStylePr>
    <w:tblStylePr w:type="lastRow">
      <w:rPr>
        <w:b/>
        <w:bCs/>
        <w:color w:val="000000"/>
      </w:rPr>
      <w:tblPr/>
      <w:tcPr>
        <w:shd w:val="clear" w:color="auto" w:fill="B7DDE8" w:themeFill="accent5" w:themeFillTint="66"/>
      </w:tcPr>
    </w:tblStylePr>
    <w:tblStylePr w:type="firstCol">
      <w:rPr>
        <w:color w:val="FFFFFF"/>
      </w:rPr>
      <w:tblPr/>
      <w:tcPr>
        <w:shd w:val="clear" w:color="auto" w:fill="31859B" w:themeFill="accent5" w:themeFillShade="bf"/>
      </w:tcPr>
    </w:tblStylePr>
    <w:tblStylePr w:type="lastCol">
      <w:rPr>
        <w:color w:val="FFFFFF"/>
      </w:rPr>
      <w:tblPr/>
      <w:tcPr>
        <w:shd w:val="clear" w:color="auto" w:fill="3185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AD9" w:themeFill="accent6" w:themeFillTint="33"/>
    </w:tcPr>
    <w:tblStylePr w:type="firstRow">
      <w:rPr>
        <w:b/>
        <w:bCs/>
      </w:rPr>
      <w:tblPr/>
      <w:tcPr>
        <w:shd w:val="clear" w:color="auto" w:fill="FBD5B5" w:themeFill="accent6" w:themeFillTint="66"/>
      </w:tcPr>
    </w:tblStylePr>
    <w:tblStylePr w:type="lastRow">
      <w:rPr>
        <w:b/>
        <w:bCs/>
        <w:color w:val="000000"/>
      </w:rPr>
      <w:tblPr/>
      <w:tcPr>
        <w:shd w:val="clear" w:color="auto" w:fill="FBD5B5" w:themeFill="accent6" w:themeFillTint="66"/>
      </w:tcPr>
    </w:tblStylePr>
    <w:tblStylePr w:type="firstCol">
      <w:rPr>
        <w:color w:val="FFFFFF"/>
      </w:rPr>
      <w:tblPr/>
      <w:tcPr>
        <w:shd w:val="clear" w:color="auto" w:fill="E46C0A" w:themeFill="accent6" w:themeFillShade="bf"/>
      </w:tcPr>
    </w:tblStylePr>
    <w:tblStylePr w:type="lastCol">
      <w:rPr>
        <w:color w:val="FFFFFF"/>
      </w:rPr>
      <w:tblPr/>
      <w:tcPr>
        <w:shd w:val="clear" w:color="auto" w:fill="E4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5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웹소설 작품 투고 가이드</dc:title>
  <dc:subject>시놉시스 및 원고 투고 양식</dc:subject>
  <dc:creator>python-docx</dc:creator>
  <cp:keywords>웹소설, 투고, 시놉시스, 원고, 작가 가이드</cp:keywords>
  <dc:description>작가 배포용 투고 가이드 양식</dc:description>
  <cp:lastModifiedBy>82109</cp:lastModifiedBy>
  <cp:revision>1</cp:revision>
  <dcterms:created xsi:type="dcterms:W3CDTF">2013-12-23T23:15:00Z</dcterms:created>
  <dcterms:modified xsi:type="dcterms:W3CDTF">2026-08-10T14:01:20Z</dcterms:modified>
  <cp:version>1200.0100.01</cp:version>
</cp:coreProperties>
</file>